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Zeichensetzung außer Komma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alle Satzzeichen außer dem Komma, mit Regel und Beispiel. Für die Kommaregeln gibt es einen eigenen Merkzettel.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Anführungszeichen, Gedankenstrich oder Bindestrich durcheinandergeraten.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jedes Satzzeichen außer dem Komma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Apostroph markiert fälschlich den Genitiv-s: „Anna's Buch“ statt „Annas Buch“.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Bindestrich statt eines Halbgeviertstrichs, oder umgekehrt, bei Einschüben und Zahlenspannen.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Englische Anführungszeichen "…" statt der deutschen „…“ in deutschsprachigen Texten.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Satzzeichen wirken schnell nachlässig, auch wenn Grammatik und Ausdruck stimmen.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ZEICHENSETZUNG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Zeichensetzung außer Komma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866"/>
      </w:tblGrid>
      <w:tr>
        <w:tc>
          <w:tcPr>
            <w:tcW w:type="dxa" w:w="9866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Jedes Satzzeichen hat eine eigene Aufgabe. Für die Kommaregeln gibt es einen eigenen Merkzettel, hier geht es um alle anderen Zeichen.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746"/>
        <w:gridCol w:w="3946"/>
        <w:gridCol w:w="4174"/>
      </w:tblGrid>
      <w:tr>
        <w:tc>
          <w:tcPr>
            <w:tcW w:type="dxa" w:w="174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Zeichen</w:t>
            </w:r>
          </w:p>
        </w:tc>
        <w:tc>
          <w:tcPr>
            <w:tcW w:type="dxa" w:w="394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Regel</w:t>
            </w:r>
          </w:p>
        </w:tc>
        <w:tc>
          <w:tcPr>
            <w:tcW w:type="dxa" w:w="417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Punkt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beendet den Aussagesatz, steht nicht nach Überschriften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Versuch war erfolgreich.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Semikolon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trennt zwei eng verwandte Hauptsätze, stärker als Komma, schwächer als Punkt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Himmel war klar; die Sterne leuchteten hell.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Doppelpunkt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kündigt Aufzählung, Zitat oder wörtliche Rede an, danach groß bei ganzen Sätzen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sagte: „Ich komme morgen.“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Halbgeviertstrich (–)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markiert einen Einschub oder Gedankensprung, mit Leerzeichen davor und danach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Plan – so gut er klang – scheiterte an der Umsetzung.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Bindestrich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verbindet Wortteile oder Ziffern mit Wörtern, ohne Leerzeichen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E-Mail, der 20-jährige Student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Anführungszeichen „…“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markiert wörtliche Rede und Zitate, unten und oben geöffnet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 fragte: „Kommst du mit?“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Zitat im Zitat ‚…‘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einfache Anführungszeichen innerhalb eines Zitats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schrieb: „Er sagte ‚Nie wieder‘ und ging.“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Apostroph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markiert nur eine Auslassung, nie den Genitiv-s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Café ums Eck (Auslassung), aber: Annas Buch (kein Apostroph)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Klammern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schließen ergänzende, weglassbare Informationen ein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Studie (Müller, 2023) bestätigt den Befund.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Auslassungspunkte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stehen für ausgelassenen Text, mit Leerzeichen davor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 sagte nur: „Ich weiß nicht …“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Schrägstrich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verbindet Alternativen oder Verhältnisangaben, meist ohne Leerzeichen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der/die Studierende, 50 km/h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Bis-Strich bei Zahlen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verbindet Zahlenspannen ohne Leerzeichen, kein Wort „bis“ nötig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Seite 10–15, die Jahre 2020–2023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07" w:right="1020" w:bottom="794" w:left="102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Zeichensetzung außer Komma: Merkzettel mit zwölf Satzzeichen</dc:title>
  <dc:subject>Merkzettel zum Ausdrucken, eine Seite</dc:subject>
  <dc:creator>korrektur.de</dc:creator>
  <cp:keywords>Zeichensetzung, Satzzeichen, Gedankenstrich, Anführungszeichen, Merkzettel, Deutsch</cp:keywords>
  <dc:description>Kostenlose Vorlage von korrektur.de. Aktuelle Fassung: https://korrektur.de/zeichensetzung-ueberpruefen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