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Thesenpapier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ein Thesenpapier mit fünf Thesen samt Begründung, dazu Fragen an das Plenum und die Struktur einer guten These. Gedacht als Diskussionsgrundlage für ein Seminar, nicht als Zusammenfassung des Grundlagentextes.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Ausgabe.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Formulier jede These als Behauptung, nicht als Frage und nicht als Zusammenfassung. Eine These kann man ablehnen.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Belege jede These mit einer Seitenzahl aus dem Grundlagentext. Ohne Beleg ist es eine Meinung, keine These.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Halt dich an fünf Thesen. Mehr überfordert die Diskussionszeit im Seminar.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Prüf, ob sich deine Thesen widersprechen. Widerspruch ist erlaubt, aber nur, wenn du ihn benennst.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in der Korrektur an Thesenpapieren auffällt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These ist als Frage formuliert statt als Behauptung.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These fasst den Grundlagentext zusammen, statt eine eigene Position zu vertreten.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Es fehlt eine Belegstelle mit Seitenzahl.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Zwei Thesen widersprechen sich, ohne dass das benannt wird.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 viele Thesen für die vorgesehene Diskussionszeit.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der Abgabe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Jede These ist eine Behauptung, keine Frage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Jede These hat eine Seitenzahl als Beleg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Fünf Thesen, nicht mehr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Widersprüche zwischen Thesen sind benannt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Vor dem Seminar prüfen lassen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Auch ein Diskussionspapier soll klar und fehlerfrei sein. Wir lesen es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Thesenpapier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Seminar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[Name des Seminars]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Sitzung und Datum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[Sitzung Nummer], [TT.MM.JJJJ]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Thema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[Thema der Sitzung]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Verfasserin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Leitung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Vorname Nachname]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Grundlagentext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[Nachname, Vorname (Jahr): Titel. Seiten XX bis XX.]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AUSGANGSLAGE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[In drei Sätzen: worum geht es im Grundlagentext, und an welcher Stelle setzen deine Thesen an?]</w:t>
      </w:r>
    </w:p>
    <w:p>
      <w:pPr>
        <w:pStyle w:val="Heading1"/>
      </w:pPr>
      <w:r>
        <w:t>These 1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[These als Behauptung in einem Satz.]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Begründung: [zwei bis drei Sätze mit Beleg, Seite XX]</w:t>
      </w:r>
    </w:p>
    <w:p>
      <w:pPr>
        <w:pStyle w:val="Heading1"/>
      </w:pPr>
      <w:r>
        <w:t>These 2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[These als Behauptung in einem Satz.]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Begründung: [zwei bis drei Sätze mit Beleg, Seite XX]</w:t>
      </w:r>
    </w:p>
    <w:p>
      <w:pPr>
        <w:pStyle w:val="Heading1"/>
      </w:pPr>
      <w:r>
        <w:t>These 3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[These als Behauptung in einem Satz.]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Begründung: [zwei bis drei Sätze mit Beleg, Seite XX]</w:t>
      </w:r>
    </w:p>
    <w:p>
      <w:pPr>
        <w:pStyle w:val="Heading1"/>
      </w:pPr>
      <w:r>
        <w:t>These 4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[These als Behauptung in einem Satz.]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Begründung: [zwei bis drei Sätze mit Beleg, Seite XX]</w:t>
      </w:r>
    </w:p>
    <w:p>
      <w:pPr>
        <w:pStyle w:val="Heading1"/>
      </w:pPr>
      <w:r>
        <w:t>These 5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[These als Behauptung in einem Satz.]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Begründung: [zwei bis drei Sätze mit Beleg, Seite XX]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Diskussion und Belege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FRAGEN AN DAS PLENUM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[Erste Diskussionsfrage zu einer der Thesen]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[Zweite Diskussionsfrage zu einer der Thesen]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[Dritte Diskussionsfrage zu einer der Thesen]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GEGENPOSITION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[Welche Gegenposition zu deinen Thesen ist im Grundlagentext oder in der Diskussion zu erwarten, und wie würdest du darauf antworten?]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LITERATUR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[Nachname, Vorname (Jahr): Titel. Ort: Verlag.]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[Nachname, Vorname (Jahr): Titel. Ort: Verlag.]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AUFBAU EINER THESE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Behauptung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Ein Satz, den man ablehnen kann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Begründung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Zwei bis drei Sätze, die die Behauptung stützen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Beleg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Eine Seitenzahl aus dem Grundlagentext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Folge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Was aus der These für die Diskussion folgt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1247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Thesenpapier: Vorlage fuer Seminar und Diskussion</dc:title>
  <dc:subject>Fuenf Thesen mit Begruendung und Fragen an das Plenum</dc:subject>
  <dc:creator>korrektur.de</dc:creator>
  <cp:keywords>Thesenpapier, Vorlage, Muster, Seminar, Diskussionspapier, Thesen, Plenum</cp:keywords>
  <dc:description>Kostenlose Vorlage von korrektur.de. Aktuelle Fassung: https://korrektur.de/thesenpapier-schreiben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