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Stilmittel für Textanalyse und Interpretation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18 rhetorische Stilmittel, die in Textanalyse und Interpretation am häufigsten gebraucht werden, mit Erklärung, Beispiel und Wirkung.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Gedicht- oder Textanalyse in Deutsch, wenn Stilmittel benannt und in ihrer Wirkung erklärt werden müssen.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Vorbereitung auf eine Klausur oder Interpretation, als schnelle Wiederholung der wichtigsten Begriffe.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Alle, die beim Lesen eines literarischen Textes gezielt auf Stilmittel achten wollen.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Stilmittel wird benannt, aber die Wirkung im Satz nicht erklärt, obwohl genau das gefragt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Zwei ähnliche Stilmittel werden verwechselt, etwa Metapher und Vergleich oder Ironie und Sarkasmus.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Beispiel aus dem Text wird zitiert, ohne dass klar wird, welches Wort oder welcher Satzteil das Stilmittel trägt.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Textanalyse überzeugt erst, wenn Beleg und Wirkung genau zusammenpassen. Wir lesen Ausdruck, Aufbau und Zitierweise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WORTSCHATZ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Stilmittel für Textanalyse und Interpretation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 Stilmittel benennen reicht nicht. Erst die Wirkung im konkreten Satz macht aus der Benennung eine Analyse.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Achtzehn Stilmittel im Überblick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752"/>
        <w:gridCol w:w="2629"/>
        <w:gridCol w:w="2629"/>
        <w:gridCol w:w="2629"/>
      </w:tblGrid>
      <w:tr>
        <w:tc>
          <w:tcPr>
            <w:tcW w:type="dxa" w:w="175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Stilmittel</w:t>
            </w:r>
          </w:p>
        </w:tc>
        <w:tc>
          <w:tcPr>
            <w:tcW w:type="dxa" w:w="262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Erklärung</w:t>
            </w:r>
          </w:p>
        </w:tc>
        <w:tc>
          <w:tcPr>
            <w:tcW w:type="dxa" w:w="262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Beispiel</w:t>
            </w:r>
          </w:p>
        </w:tc>
        <w:tc>
          <w:tcPr>
            <w:tcW w:type="dxa" w:w="262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Wirkung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Metapher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Wort wird bildlich auf einen anderen Bereich übertragen, ohne Vergleichswort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„Das Eis ist gebrochen.“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verdichtet eine Aussage bildhaft, macht Abstraktes greifbar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Vergleich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zwei Dinge werden mit „wie“ oder „als“ ausdrücklich verglichen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„Er kämpfte wie ein Löwe.“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veranschaulicht eine Eigenschaft, bleibt als Vergleich erkennbar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Personifikation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einer Sache oder Idee werden menschliche Eigenschaften zugeschrieben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„Die Sonne lacht.“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macht Unbelebtes lebendig, schafft Nähe zum Gegenstand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Hyperbel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 starke, bewusste Übertreibung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„Ich habe dir das schon tausendmal gesagt.“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verstärkt eine Aussage emotional, wirkt oft eindringlich oder komisch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Ironie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Gegenteil des Gemeinten wird gesagt, erkennbar am Kontext oder Tonfall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„Toller Plan!“ (nach einem Missgeschick)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erzeugt Distanz oder Kritik, oft mit humorvollem Unterton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Alliteration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aufeinanderfolgende Wörter beginnen mit demselben Laut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„Milch macht müde Männer munter.“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klingt eingängig, betont die verbundenen Wörter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Anapher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Wort oder eine Wortgruppe wird am Anfang mehrerer Sätze oder Verse wiederholt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„Wir wollen frei sein. Wir wollen gehört werden.“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baut Nachdruck und Rhythmus auf, betont die Wiederholung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Parallelismus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zwei Satzteile oder Sätze haben denselben grammatischen Aufbau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„Der eine gewinnt, der andere verliert.“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schafft Balance und Vergleichbarkeit zwischen den Satzteilen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Chiasmus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zwei Satzteile werden in umgekehrter Reihenfolge einander gegenübergestellt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„Nicht um zu leben esse ich, sondern ich esse, um zu leben.“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erzeugt einen pointierten Gegensatz, bleibt im Gedächtnis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Euphemismus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unangenehmer Sachverhalt wird beschönigend umschrieben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„von uns gegangen“ statt „gestorben“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mildert eine harte Aussage ab, kann auch verschleiern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Oxymoron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zwei sich widersprechende Begriffe werden direkt nebeneinandergestellt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„beredtes Schweigen“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erzeugt eine Spannung, die zum Nachdenken zwingt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Rhetorische Frage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 Frage, auf die keine Antwort erwartet wird, weil sie bereits feststeht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„Ist das nicht offensichtlich?“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lenkt die Aufmerksamkeit, wirkt oft überzeugender als eine Behauptung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Symbol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Ding steht stellvertretend für eine Idee, die über es hinausgeht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Taube für den Frieden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lädt den Text mit Bedeutung auf, über die Szene hinaus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Klimax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mehrere Glieder steigern sich der Reihe nach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„Ich kam, ich sah, ich siegte.“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treibt die Aussage voran und setzt die Spitze ans Ende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Antithese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zwei Aussagen werden als Gegensatz gegenübergestellt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„Der Geist ist willig, das Fleisch ist schwach.“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schärft beide Seiten, macht den Konflikt sichtbar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Ellipse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Satzteil wird weggelassen, bleibt aber mitzudenken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„Ende gut, alles gut.“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wirkt knapp und mündlich, beschleunigt den Text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Neologismus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 Wort wird neu gebildet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„Sommermorgenblau“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erzeugt Aufmerksamkeit, weil das Wort unverbraucht ist</w:t>
            </w:r>
          </w:p>
        </w:tc>
      </w:tr>
      <w:tr>
        <w:tc>
          <w:tcPr>
            <w:tcW w:type="dxa" w:w="17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Litotes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eine Aussage wird durch die Verneinung des Gegenteils abgeschwächt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„nicht schlecht“ für „gut“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wirkt zurückhaltend, betont indirekt gerade dadurch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wird aus der Benennung eine Analyse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Stilmittel benennen: „Hier steht eine Metapher.“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Textstelle genau zitieren: welches Wort oder welcher Satzteil trägt das Stilmittel.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Wirkung im konkreten Zusammenhang erklären, nicht nur die allgemeine Wirkung aus der Definition wiederholen.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Stilmittel mit der Gesamtaussage des Textes verbinden: warum setzt die Autorin oder der Autor es gerade hier ein.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Stilmittel: Merkzettel für Textanalyse und Interpretation</dc:title>
  <dc:subject>Merkzettel zum Ausdrucken, zwei Seiten</dc:subject>
  <dc:creator>korrektur.de</dc:creator>
  <cp:keywords>Stilmittel, rhetorische Mittel, Textanalyse, Interpretation, Merkzettel</cp:keywords>
  <dc:description>Kostenlose Vorlage von korrektur.de. Aktuelle Fassung: https://korrektur.de/stilmittel-uebersicht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