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40"/>
        <w:pBdr>
          <w:bottom w:val="single" w:sz="18" w:space="10" w:color="00A85A"/>
        </w:pBdr>
      </w:pPr>
      <w:r>
        <w:drawing>
          <wp:inline xmlns:a="http://schemas.openxmlformats.org/drawingml/2006/main" xmlns:pic="http://schemas.openxmlformats.org/drawingml/2006/picture">
            <wp:extent cx="1562100" cy="30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rrektur-wortmarke-vorlage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0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VORLAGE ZUM FREIEN GEBRAUCH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Sperrvermerk für die Abschlussarbeit</w:t>
      </w:r>
    </w:p>
    <w:p>
      <w:pPr>
        <w:spacing w:before="0" w:after="16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Ab Seite 2 stehen zwei Fassungen: eine kurze und eine ausführliche. Ein Sperrvermerk sperrt die Arbeit für Dritte, nicht für die Prüfenden. Er steht vor dem Deckblatt oder direkt danach, ohne Seitenzahl.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So arbeitest du damit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1.  </w:t>
      </w:r>
      <w:r>
        <w:rPr>
          <w:rFonts w:ascii="Arial" w:hAnsi="Arial"/>
          <w:sz w:val="22"/>
        </w:rPr>
        <w:t>Lösche diese Seite. Sie gehört nicht in die Abgabe.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2.  </w:t>
      </w:r>
      <w:r>
        <w:rPr>
          <w:rFonts w:ascii="Arial" w:hAnsi="Arial"/>
          <w:sz w:val="22"/>
        </w:rPr>
        <w:t>Sprich Wortlaut und Frist mit dem Unternehmen und deiner Hochschule ab, bevor du eine Fassung wählst.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3.  </w:t>
      </w:r>
      <w:r>
        <w:rPr>
          <w:rFonts w:ascii="Arial" w:hAnsi="Arial"/>
          <w:sz w:val="22"/>
        </w:rPr>
        <w:t>Wähl die kurze oder die ausführliche Fassung und lösch die jeweils andere.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4.  </w:t>
      </w:r>
      <w:r>
        <w:rPr>
          <w:rFonts w:ascii="Arial" w:hAnsi="Arial"/>
          <w:sz w:val="22"/>
        </w:rPr>
        <w:t>Trag die Frist konkret ein, meist zwischen zwei und fünf Jahren. Ohne feste Frist nehmen viele Hochschulen den Vermerk nicht an.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5.  </w:t>
      </w:r>
      <w:r>
        <w:rPr>
          <w:rFonts w:ascii="Arial" w:hAnsi="Arial"/>
          <w:sz w:val="22"/>
        </w:rPr>
        <w:t>Melde den Sperrvermerk bei der Abgabe der Bibliothek, sonst liegt die Arbeit trotzdem offen aus.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Woran es bei Sperrvermerken scheitert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Sperrvermerk ohne Vereinbarung mit dem Unternehmen: dann steht der Vermerk allein, und niemand weiß, wer ihn verlangt hat.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Die Frist fehlt oder ist unklar formuliert, etwa „bis auf Weiteres“ statt eines festen Datums.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Die Prüfenden werden versehentlich mit ausgeschlossen, dabei müssen sie die Arbeit vollständig lesen können.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Der Vermerk wird bei der Bibliotheksabgabe vergessen, obwohl er dort separat vermerkt werden muss.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Ein Sperrvermerk wird gesetzt, obwohl gar keine vertraulichen Daten in der Arbeit stehen.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006B46"/>
                <w:sz w:val="21"/>
              </w:rPr>
              <w:t>Vor dem Abschluss geprüft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Frist konkret mit Datum eingetragen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Prüfende und Betreuung ausdrücklich ausgenommen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Vereinbarung mit dem Unternehmen liegt vor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Bibliothek über den Sperrvermerk informiert</w:t>
            </w:r>
          </w:p>
          <w:p>
            <w:pPr>
              <w:spacing w:after="160"/>
            </w:pPr>
            <w:r>
              <w:rPr>
                <w:rFonts w:ascii="Arial" w:hAnsi="Arial"/>
                <w:color w:val="111111"/>
                <w:sz w:val="20"/>
              </w:rPr>
              <w:t>Wortlaut mit der Prüfungsordnung abgeglichen</w:t>
            </w:r>
          </w:p>
        </w:tc>
      </w:tr>
    </w:tbl>
    <w:p>
      <w:pPr>
        <w:spacing w:before="0" w:after="180" w:line="20" w:lineRule="exact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111111"/>
                <w:sz w:val="22"/>
              </w:rPr>
              <w:t>Auch bei gesperrten Arbeiten</w:t>
            </w:r>
          </w:p>
          <w:p>
            <w:pPr>
              <w:spacing w:after="120"/>
            </w:pPr>
            <w:r>
              <w:rPr>
                <w:rFonts w:ascii="Arial" w:hAnsi="Arial"/>
                <w:sz w:val="20"/>
              </w:rPr>
              <w:t xml:space="preserve">Ein Sperrvermerk ändert nichts an der Sprache der Arbeit. Wir lesen deinen Text gegen: </w:t>
            </w:r>
            <w:hyperlink r:id="rId11">
              <w:r>
                <w:rPr>
                  <w:rFonts w:ascii="Arial" w:hAnsi="Arial"/>
                  <w:color w:val="006B46"/>
                  <w:b/>
                  <w:u w:val="single"/>
                </w:rPr>
                <w:t>korrektur.de</w:t>
              </w:r>
            </w:hyperlink>
          </w:p>
        </w:tc>
      </w:tr>
    </w:tbl>
    <w:p>
      <w:pPr>
        <w:spacing w:before="4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Diese Vorlage darfst du frei nutzen, anpassen und weitergeben. Sie ist keine Rechtsberatung: Es gelten die Vorgaben deiner Hochschule und die Vereinbarung mit dem Unternehmen. Erstellt von korrektur.de. Stand: September 2026.</w:t>
      </w:r>
    </w:p>
    <w:p>
      <w:pPr>
        <w:sectPr>
          <w:footerReference w:type="default" r:id="rId9"/>
          <w:pgSz w:w="11906" w:h="16838"/>
          <w:pgMar w:top="1020" w:right="1134" w:bottom="1020" w:left="1134" w:header="720" w:footer="720" w:gutter="0"/>
          <w:cols w:space="720"/>
          <w:docGrid w:linePitch="360"/>
          <w:pgNumType w:fmt="decimal" w:start="1"/>
        </w:sectPr>
      </w:pPr>
    </w:p>
    <w:p>
      <w:pPr>
        <w:spacing w:before="0" w:after="200" w:line="276" w:lineRule="auto"/>
      </w:pPr>
      <w:r>
        <w:rPr>
          <w:rFonts w:ascii="Arial" w:hAnsi="Arial"/>
          <w:b/>
          <w:i w:val="0"/>
          <w:color w:val="111111"/>
          <w:sz w:val="32"/>
        </w:rPr>
        <w:t>Sperrvermerk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Die vorliegende [Bachelorarbeit oder Masterarbeit] mit dem Titel [Titel der Arbeit] enthält vertrauliche Informationen der Firma [Name des Unternehmens]. Die Arbeit darf ohne schriftliche Zustimmung des Unternehmens weder vervielfältigt noch Dritten zugänglich gemacht werden.</w:t>
      </w:r>
    </w:p>
    <w:p>
      <w:pPr>
        <w:spacing w:before="0" w:after="180" w:line="20" w:lineRule="exact"/>
      </w:pP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Diese Sperrfrist gilt bis zum [TT.MM.JJJJ]. Von der Sperrung ausgenommen sind die Prüfenden sowie die betreuende Person der Hochschule.</w:t>
      </w:r>
    </w:p>
    <w:p>
      <w:pPr>
        <w:spacing w:before="0" w:after="580" w:line="20" w:lineRule="exact"/>
      </w:pP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[Ort], [TT.MM.JJJJ]</w:t>
      </w:r>
    </w:p>
    <w:p>
      <w:pPr>
        <w:spacing w:before="0" w:after="780" w:line="20" w:lineRule="exact"/>
      </w:pP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[Unterschrift]</w:t>
      </w: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[Vorname Nachname]</w:t>
      </w:r>
    </w:p>
    <w:p>
      <w:r>
        <w:br w:type="page"/>
      </w:r>
    </w:p>
    <w:p>
      <w:pPr>
        <w:spacing w:before="0" w:after="200" w:line="276" w:lineRule="auto"/>
      </w:pPr>
      <w:r>
        <w:rPr>
          <w:rFonts w:ascii="Arial" w:hAnsi="Arial"/>
          <w:b/>
          <w:i w:val="0"/>
          <w:color w:val="111111"/>
          <w:sz w:val="32"/>
        </w:rPr>
        <w:t>Sperrvermerk, ausführliche Fassung</w:t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VERTRAULICHKEIT DER DATEN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Die vorliegende Arbeit mit dem Titel [Titel der Arbeit] entstand in Zusammenarbeit mit der Firma [Name des Unternehmens] und enthält betriebsinterne Daten, Kennzahlen und Verfahren, die als vertraulich eingestuft sind.</w:t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KREIS DER BERECHTIGTEN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Einsicht in die Arbeit erhalten ausschließlich die Prüfenden, die betreuende Person der Hochschule sowie mit ausdrücklicher Zustimmung des Unternehmens benannte weitere Personen.</w:t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DAUER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Die Sperrfrist beträgt [Zahl] Jahre und gilt vom [TT.MM.JJJJ] bis zum [TT.MM.JJJJ]. Nach Ablauf der Frist darf die Arbeit uneingeschränkt veröffentlicht und eingesehen werden.</w:t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AUSNAHME FÜR PRÜFUNGSVERFAHREN UND ARCHIVIERUNG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Die Sperrung berührt nicht das Recht der Hochschule, die Arbeit im Rahmen des Prüfungsverfahrens zu bewerten und archivmäßig zu verwahren. Ein Hinweis auf die Vereinbarung mit dem Unternehmen vom [TT.MM.JJJJ] liegt der Arbeit bei.</w:t>
      </w:r>
    </w:p>
    <w:p>
      <w:pPr>
        <w:spacing w:before="0" w:after="380" w:line="20" w:lineRule="exact"/>
      </w:pP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[Ort], [TT.MM.JJJJ]</w:t>
      </w:r>
    </w:p>
    <w:p>
      <w:pPr>
        <w:spacing w:before="0" w:after="580" w:line="20" w:lineRule="exact"/>
      </w:pP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[Unterschrift Studierende oder Studierender]</w:t>
      </w: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[Vorname Nachname]</w:t>
      </w:r>
    </w:p>
    <w:p>
      <w:pPr>
        <w:spacing w:before="0" w:after="380" w:line="20" w:lineRule="exact"/>
      </w:pP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[Unterschrift Unternehmen]</w:t>
      </w: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[Vorname Nachname], [Funktion]</w:t>
      </w:r>
    </w:p>
    <w:sectPr w:rsidR="00FC693F" w:rsidRPr="0006063C" w:rsidSect="00034616">
      <w:footerReference w:type="default" r:id="rId12"/>
      <w:pgSz w:w="11906" w:h="16838"/>
      <w:pgMar w:top="1417" w:right="1417" w:bottom="1134" w:left="1701" w:header="720" w:footer="720" w:gutter="0"/>
      <w:cols w:space="720"/>
      <w:docGrid w:linePitch="36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 w:cs="Arial" w:eastAsia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="Arial" w:hAnsi="Arial" w:cs="Arial" w:eastAsia="Arial"/>
      <w:b/>
      <w:bCs/>
      <w:color w:val="11111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="Arial" w:hAnsi="Arial" w:cs="Arial" w:eastAsia="Arial"/>
      <w:b/>
      <w:bCs/>
      <w:color w:val="111111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="Arial" w:hAnsi="Arial" w:cs="Arial" w:eastAsia="Arial"/>
      <w:b/>
      <w:bCs/>
      <w:color w:val="11111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korrektur.de" TargetMode="Externa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Sperrvermerk für die Abschlussarbeit</dc:title>
  <dc:subject>Kurzfassung und ausführliche Fassung für Arbeiten mit Unternehmen</dc:subject>
  <dc:creator>korrektur.de</dc:creator>
  <cp:keywords>Sperrvermerk, Vorlage, Muster, Bachelorarbeit, Masterarbeit, Sperrvermerk Unternehmen, Vertraulichkeit, Word</cp:keywords>
  <dc:description>Kostenlose Vorlage von korrektur.de. Aktuelle Fassung: https://korrektur.de/sperrvermerk-bachelorarbeit</dc:description>
  <cp:lastModifiedBy>korrektur.de</cp:lastModifiedBy>
  <cp:revision>1</cp:revision>
  <dcterms:created xsi:type="dcterms:W3CDTF">2013-12-23T23:15:00Z</dcterms:created>
  <dcterms:modified xsi:type="dcterms:W3CDTF">2013-12-23T23:15:00Z</dcterms:modified>
  <cp:category>Vorlage</cp:category>
</cp:coreProperties>
</file>