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VORLAGE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Semesterplan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Ab Seite 2 stehen die Module mit ECTS und Prüfungsform, danach die festen Termine des Semesters und eine Wochenstruktur. Gedacht für ein Semester: die einzelne Woche plant der Wochenplan, die Abschlussarbeit der Zeitplan.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arbeitest du mit der Vorlage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Lösche diese Anleitungsseite, sobald du fertig bist.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Trag die Module mit ECTS ein und addiere. Dreißig ECTS sind ein voller Semesterumfang, und jedes Modul darüber muss irgendwo wieder abgezogen werden.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Notier bei jedem Modul die Prüfungsform. Vier Hausarbeiten in derselben Woche sind ein anderes Semester als vier Klausuren.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Setz die Fristen früh: Rückmeldung, Prüfungsanmeldung und Abgabetermine. Eine versäumte Anmeldefrist kostet ein halbes Jahr.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5.  </w:t>
      </w:r>
      <w:r>
        <w:rPr>
          <w:rFonts w:ascii="Arial" w:hAnsi="Arial"/>
          <w:sz w:val="22"/>
        </w:rPr>
        <w:t>Leg die Prüfungsphase und die Wochen der Hausarbeiten fest, bevor die Vorlesungszeit beginnt.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6.  </w:t>
      </w:r>
      <w:r>
        <w:rPr>
          <w:rFonts w:ascii="Arial" w:hAnsi="Arial"/>
          <w:sz w:val="22"/>
        </w:rPr>
        <w:t>Sieh den Plan einmal im Monat durch. Ein Semesterplan, der im Oktober geschrieben und im Februar erst wieder gelesen wird, hat nichts verhindert.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an Semesterplänen meistens fehlt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Nur Vorlesungszeiten, keine Prüfungsformen: die Belastung am Ende ist damit unsichtbar.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ECTS nicht addiert. Wer zwei Module zu viel nimmt, merkt es im Januar.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Fristen für Rückmeldung und Prüfungsanmeldung fehlen, obwohl sie die einzigen harten Termine im Semester sind.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Keine Zeit für Hausarbeiten eingeplant, weil sie erst nach der Vorlesungszeit fällig sind.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Kein Puffer für Krankheit und Nachholtermine.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006B46"/>
                <w:sz w:val="21"/>
              </w:rPr>
              <w:t>Vor dem Semester geprüft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Alle Module mit ECTS und Prüfungsform eingetragen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ECTS addiert und mit der Prüfungsordnung verglichen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Rückmeldung und Prüfungsanmeldung als Frist notiert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Wochen für Hausarbeiten festgelegt</w:t>
            </w:r>
          </w:p>
          <w:p>
            <w:pPr>
              <w:spacing w:after="160"/>
            </w:pPr>
            <w:r>
              <w:rPr>
                <w:rFonts w:ascii="Arial" w:hAnsi="Arial"/>
                <w:color w:val="111111"/>
                <w:sz w:val="20"/>
              </w:rPr>
              <w:t>Eine Pufferwoche steht im Plan</w:t>
            </w:r>
          </w:p>
        </w:tc>
      </w:tr>
    </w:tbl>
    <w:p>
      <w:pPr>
        <w:spacing w:before="0" w:after="180" w:line="20" w:lineRule="exact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die Hausarbeiten fertig sind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Wir lesen Sprache, Grammatik und Zeichensetzung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 Vorlage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Semesterplan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94"/>
        <w:gridCol w:w="7371"/>
      </w:tblGrid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Studiengang</w:t>
            </w:r>
          </w:p>
        </w:tc>
        <w:tc>
          <w:tcPr>
            <w:tcW w:type="dxa" w:w="737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[Name des Studiengangs]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Semester</w:t>
            </w:r>
          </w:p>
        </w:tc>
        <w:tc>
          <w:tcPr>
            <w:tcW w:type="dxa" w:w="737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[zum Beispiel 3. Fachsemester, Wintersemester 2026/27]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Vorlesungszeit</w:t>
            </w:r>
          </w:p>
        </w:tc>
        <w:tc>
          <w:tcPr>
            <w:tcW w:type="dxa" w:w="737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[TT.MM.] bis [TT.MM.JJJJ]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ECTS-Ziel</w:t>
            </w:r>
          </w:p>
        </w:tc>
        <w:tc>
          <w:tcPr>
            <w:tcW w:type="dxa" w:w="737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[zum Beispiel 30]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MODULE IN DIESEM SEMESTER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466"/>
        <w:gridCol w:w="1781"/>
        <w:gridCol w:w="1918"/>
        <w:gridCol w:w="822"/>
        <w:gridCol w:w="1781"/>
        <w:gridCol w:w="1096"/>
      </w:tblGrid>
      <w:tr>
        <w:tc>
          <w:tcPr>
            <w:tcW w:type="dxa" w:w="2466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Modul</w:t>
            </w:r>
          </w:p>
        </w:tc>
        <w:tc>
          <w:tcPr>
            <w:tcW w:type="dxa" w:w="1781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Lehrende</w:t>
            </w:r>
          </w:p>
        </w:tc>
        <w:tc>
          <w:tcPr>
            <w:tcW w:type="dxa" w:w="1918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Termin und Raum</w:t>
            </w:r>
          </w:p>
        </w:tc>
        <w:tc>
          <w:tcPr>
            <w:tcW w:type="dxa" w:w="822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ECTS</w:t>
            </w:r>
          </w:p>
        </w:tc>
        <w:tc>
          <w:tcPr>
            <w:tcW w:type="dxa" w:w="1781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Prüfungsform</w:t>
            </w:r>
          </w:p>
        </w:tc>
        <w:tc>
          <w:tcPr>
            <w:tcW w:type="dxa" w:w="1096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Note</w:t>
            </w:r>
          </w:p>
        </w:tc>
      </w:tr>
      <w:tr>
        <w:tc>
          <w:tcPr>
            <w:tcW w:type="dxa" w:w="246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</w:r>
          </w:p>
        </w:tc>
        <w:tc>
          <w:tcPr>
            <w:tcW w:type="dxa" w:w="178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91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82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78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09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</w:tr>
      <w:tr>
        <w:tc>
          <w:tcPr>
            <w:tcW w:type="dxa" w:w="246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</w:r>
          </w:p>
        </w:tc>
        <w:tc>
          <w:tcPr>
            <w:tcW w:type="dxa" w:w="178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91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82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78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09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</w:tr>
      <w:tr>
        <w:tc>
          <w:tcPr>
            <w:tcW w:type="dxa" w:w="246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</w:r>
          </w:p>
        </w:tc>
        <w:tc>
          <w:tcPr>
            <w:tcW w:type="dxa" w:w="178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91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82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78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09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</w:tr>
      <w:tr>
        <w:tc>
          <w:tcPr>
            <w:tcW w:type="dxa" w:w="246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</w:r>
          </w:p>
        </w:tc>
        <w:tc>
          <w:tcPr>
            <w:tcW w:type="dxa" w:w="178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91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82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78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09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</w:tr>
      <w:tr>
        <w:tc>
          <w:tcPr>
            <w:tcW w:type="dxa" w:w="246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</w:r>
          </w:p>
        </w:tc>
        <w:tc>
          <w:tcPr>
            <w:tcW w:type="dxa" w:w="178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91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82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78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09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</w:tr>
      <w:tr>
        <w:tc>
          <w:tcPr>
            <w:tcW w:type="dxa" w:w="246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</w:r>
          </w:p>
        </w:tc>
        <w:tc>
          <w:tcPr>
            <w:tcW w:type="dxa" w:w="178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91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82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78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09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</w:tr>
      <w:tr>
        <w:tc>
          <w:tcPr>
            <w:tcW w:type="dxa" w:w="246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</w:r>
          </w:p>
        </w:tc>
        <w:tc>
          <w:tcPr>
            <w:tcW w:type="dxa" w:w="178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91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82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78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09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</w:tr>
      <w:tr>
        <w:tc>
          <w:tcPr>
            <w:tcW w:type="dxa" w:w="246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</w:r>
          </w:p>
        </w:tc>
        <w:tc>
          <w:tcPr>
            <w:tcW w:type="dxa" w:w="178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91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82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78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09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</w:tr>
      <w:tr>
        <w:tc>
          <w:tcPr>
            <w:tcW w:type="dxa" w:w="246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</w:r>
          </w:p>
        </w:tc>
        <w:tc>
          <w:tcPr>
            <w:tcW w:type="dxa" w:w="178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91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82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78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09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</w:tr>
    </w:tbl>
    <w:p>
      <w:pPr>
        <w:spacing w:before="0" w:after="120" w:line="276" w:lineRule="auto"/>
      </w:pPr>
    </w:p>
    <w:p>
      <w:pPr>
        <w:spacing w:before="0" w:after="60" w:line="20" w:lineRule="exact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94"/>
        <w:gridCol w:w="7371"/>
      </w:tblGrid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ECTS gesamt</w:t>
            </w:r>
          </w:p>
        </w:tc>
        <w:tc>
          <w:tcPr>
            <w:tcW w:type="dxa" w:w="737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/>
                <w:color w:val="111111"/>
                <w:sz w:val="22"/>
              </w:rPr>
              <w:t>[Summe aus der Spalte ECTS]</w:t>
            </w:r>
          </w:p>
        </w:tc>
      </w:tr>
    </w:tbl>
    <w:p>
      <w:pPr>
        <w:spacing w:before="0" w:after="0" w:line="276" w:lineRule="auto"/>
      </w:pPr>
    </w:p>
    <w:p>
      <w:r>
        <w:br w:type="page"/>
      </w: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Termine und Wochenstruktur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FESTE TERMINE UND FRISTEN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740"/>
        <w:gridCol w:w="7125"/>
      </w:tblGrid>
      <w:tr>
        <w:tc>
          <w:tcPr>
            <w:tcW w:type="dxa" w:w="2740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Datum</w:t>
            </w:r>
          </w:p>
        </w:tc>
        <w:tc>
          <w:tcPr>
            <w:tcW w:type="dxa" w:w="7125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Termin oder Frist</w:t>
            </w:r>
          </w:p>
        </w:tc>
      </w:tr>
      <w:tr>
        <w:tc>
          <w:tcPr>
            <w:tcW w:type="dxa" w:w="274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</w:r>
          </w:p>
        </w:tc>
        <w:tc>
          <w:tcPr>
            <w:tcW w:type="dxa" w:w="712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Rückmeldung für das nächste Semester</w:t>
            </w:r>
          </w:p>
        </w:tc>
      </w:tr>
      <w:tr>
        <w:tc>
          <w:tcPr>
            <w:tcW w:type="dxa" w:w="274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</w:r>
          </w:p>
        </w:tc>
        <w:tc>
          <w:tcPr>
            <w:tcW w:type="dxa" w:w="712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Anmeldung zu den Prüfungen</w:t>
            </w:r>
          </w:p>
        </w:tc>
      </w:tr>
      <w:tr>
        <w:tc>
          <w:tcPr>
            <w:tcW w:type="dxa" w:w="274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</w:r>
          </w:p>
        </w:tc>
        <w:tc>
          <w:tcPr>
            <w:tcW w:type="dxa" w:w="712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Beginn der Vorlesungszeit</w:t>
            </w:r>
          </w:p>
        </w:tc>
      </w:tr>
      <w:tr>
        <w:tc>
          <w:tcPr>
            <w:tcW w:type="dxa" w:w="274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</w:r>
          </w:p>
        </w:tc>
        <w:tc>
          <w:tcPr>
            <w:tcW w:type="dxa" w:w="712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Ende der Vorlesungszeit</w:t>
            </w:r>
          </w:p>
        </w:tc>
      </w:tr>
      <w:tr>
        <w:tc>
          <w:tcPr>
            <w:tcW w:type="dxa" w:w="274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</w:r>
          </w:p>
        </w:tc>
        <w:tc>
          <w:tcPr>
            <w:tcW w:type="dxa" w:w="712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Prüfungsphase von, bis</w:t>
            </w:r>
          </w:p>
        </w:tc>
      </w:tr>
      <w:tr>
        <w:tc>
          <w:tcPr>
            <w:tcW w:type="dxa" w:w="274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</w:r>
          </w:p>
        </w:tc>
        <w:tc>
          <w:tcPr>
            <w:tcW w:type="dxa" w:w="712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Abgabe der Hausarbeiten</w:t>
            </w:r>
          </w:p>
        </w:tc>
      </w:tr>
      <w:tr>
        <w:tc>
          <w:tcPr>
            <w:tcW w:type="dxa" w:w="274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</w:r>
          </w:p>
        </w:tc>
        <w:tc>
          <w:tcPr>
            <w:tcW w:type="dxa" w:w="712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[eigener Termin]</w:t>
            </w:r>
          </w:p>
        </w:tc>
      </w:tr>
    </w:tbl>
    <w:p>
      <w:pPr>
        <w:spacing w:before="0" w:after="12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FESTE WOCHENSTRUKTUR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165"/>
        <w:gridCol w:w="3850"/>
        <w:gridCol w:w="3850"/>
      </w:tblGrid>
      <w:tr>
        <w:tc>
          <w:tcPr>
            <w:tcW w:type="dxa" w:w="2165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Tag</w:t>
            </w:r>
          </w:p>
        </w:tc>
        <w:tc>
          <w:tcPr>
            <w:tcW w:type="dxa" w:w="3850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Vormittag</w:t>
            </w:r>
          </w:p>
        </w:tc>
        <w:tc>
          <w:tcPr>
            <w:tcW w:type="dxa" w:w="3850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Nachmittag</w:t>
            </w:r>
          </w:p>
        </w:tc>
      </w:tr>
      <w:tr>
        <w:tc>
          <w:tcPr>
            <w:tcW w:type="dxa" w:w="216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Montag</w:t>
            </w:r>
          </w:p>
        </w:tc>
        <w:tc>
          <w:tcPr>
            <w:tcW w:type="dxa" w:w="385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385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</w:tr>
      <w:tr>
        <w:tc>
          <w:tcPr>
            <w:tcW w:type="dxa" w:w="216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Dienstag</w:t>
            </w:r>
          </w:p>
        </w:tc>
        <w:tc>
          <w:tcPr>
            <w:tcW w:type="dxa" w:w="385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385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</w:tr>
      <w:tr>
        <w:tc>
          <w:tcPr>
            <w:tcW w:type="dxa" w:w="216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Mittwoch</w:t>
            </w:r>
          </w:p>
        </w:tc>
        <w:tc>
          <w:tcPr>
            <w:tcW w:type="dxa" w:w="385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385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</w:tr>
      <w:tr>
        <w:tc>
          <w:tcPr>
            <w:tcW w:type="dxa" w:w="216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Donnerstag</w:t>
            </w:r>
          </w:p>
        </w:tc>
        <w:tc>
          <w:tcPr>
            <w:tcW w:type="dxa" w:w="385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385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</w:tr>
      <w:tr>
        <w:tc>
          <w:tcPr>
            <w:tcW w:type="dxa" w:w="216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Freitag</w:t>
            </w:r>
          </w:p>
        </w:tc>
        <w:tc>
          <w:tcPr>
            <w:tcW w:type="dxa" w:w="385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385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</w:tr>
    </w:tbl>
    <w:p>
      <w:pPr>
        <w:spacing w:before="0" w:after="12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EINMAL IM MONAT PRÜFEN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Liegt jedes Modul im Plan, oder ist eines schon abgehängt?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Stehen alle Prüfungsanmeldungen, oder fehlt eine?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Reicht die geplante Zeit für die Hausarbeiten noch?</w:t>
      </w:r>
    </w:p>
    <w:sectPr w:rsidR="00FC693F" w:rsidRPr="0006063C" w:rsidSect="00034616">
      <w:footerReference w:type="default" r:id="rId12"/>
      <w:pgSz w:w="11906" w:h="16838"/>
      <w:pgMar w:top="1077" w:right="907" w:bottom="964" w:left="1134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Semesterplan: Module, ECTS und Prüfungstermine</dc:title>
  <dc:subject>Ein ganzes Semester auf zwei Seiten, mit ECTS-Summe und Fristen</dc:subject>
  <dc:creator>korrektur.de</dc:creator>
  <cp:keywords>Semesterplan, Studienplan, Module, ECTS, Prüfungstermine, Vorlage, Muster, Word, Excel</cp:keywords>
  <dc:description>Kostenlose Vorlage von korrektur.de. Aktuelle Fassung: https://korrektur.de/studienplan-erstellen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