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200"/>
        <w:pBdr>
          <w:bottom w:val="single" w:sz="18" w:space="4" w:color="00A85A"/>
        </w:pBdr>
      </w:pPr>
      <w:r>
        <w:drawing>
          <wp:inline xmlns:a="http://schemas.openxmlformats.org/drawingml/2006/main" xmlns:pic="http://schemas.openxmlformats.org/drawingml/2006/picture">
            <wp:extent cx="1333500" cy="266700"/>
            <wp:docPr id="1" name="Picture 1"/>
            <wp:cNvGraphicFramePr>
              <a:graphicFrameLocks noChangeAspect="1"/>
            </wp:cNvGraphicFramePr>
            <a:graphic>
              <a:graphicData uri="http://schemas.openxmlformats.org/drawingml/2006/picture">
                <pic:pic>
                  <pic:nvPicPr>
                    <pic:cNvPr id="0" name="korrektur-wortmarke-vorlagen.png"/>
                    <pic:cNvPicPr/>
                  </pic:nvPicPr>
                  <pic:blipFill>
                    <a:blip r:embed="rId10"/>
                    <a:stretch>
                      <a:fillRect/>
                    </a:stretch>
                  </pic:blipFill>
                  <pic:spPr>
                    <a:xfrm>
                      <a:off x="0" y="0"/>
                      <a:ext cx="1333500" cy="266700"/>
                    </a:xfrm>
                    <a:prstGeom prst="rect"/>
                  </pic:spPr>
                </pic:pic>
              </a:graphicData>
            </a:graphic>
          </wp:inline>
        </w:drawing>
      </w:r>
    </w:p>
    <w:p>
      <w:pPr>
        <w:spacing w:before="80" w:after="100" w:line="276" w:lineRule="auto"/>
      </w:pPr>
      <w:r>
        <w:rPr>
          <w:rFonts w:ascii="Arial" w:hAnsi="Arial"/>
          <w:b/>
          <w:i w:val="0"/>
          <w:color w:val="006B46"/>
          <w:sz w:val="17"/>
        </w:rPr>
        <w:t>VORLAGE ZUM FREIEN GEBRAUCH</w:t>
      </w:r>
    </w:p>
    <w:p>
      <w:pPr>
        <w:spacing w:before="0" w:after="180" w:line="252" w:lineRule="auto"/>
      </w:pPr>
      <w:r>
        <w:rPr>
          <w:rFonts w:ascii="Arial" w:hAnsi="Arial"/>
          <w:b/>
          <w:i w:val="0"/>
          <w:color w:val="111111"/>
          <w:sz w:val="38"/>
        </w:rPr>
        <w:t>Praktikumsbericht</w:t>
      </w:r>
    </w:p>
    <w:p>
      <w:pPr>
        <w:spacing w:before="0" w:after="120" w:line="276" w:lineRule="auto"/>
      </w:pPr>
      <w:r>
        <w:rPr>
          <w:rFonts w:ascii="Arial" w:hAnsi="Arial"/>
          <w:b w:val="0"/>
          <w:i w:val="0"/>
          <w:color w:val="111111"/>
          <w:sz w:val="22"/>
        </w:rPr>
        <w:t>Ab Seite 2 steht das komplette Gerüst: Deckblatt, Inhaltsverzeichnis, die üblichen Kapitel und eine Tabelle für das Tätigkeitsprotokoll. Überschriften sind echte Formatvorlagen, das Inhaltsverzeichnis füllt sich selbst.</w:t>
      </w:r>
    </w:p>
    <w:p>
      <w:pPr>
        <w:spacing w:before="200" w:after="60" w:line="276" w:lineRule="auto"/>
      </w:pPr>
      <w:r>
        <w:rPr>
          <w:rFonts w:ascii="Arial" w:hAnsi="Arial"/>
          <w:b/>
          <w:i w:val="0"/>
          <w:color w:val="111111"/>
          <w:sz w:val="24"/>
        </w:rPr>
        <w:t>So arbeitest du damit</w:t>
      </w:r>
    </w:p>
    <w:p>
      <w:pPr>
        <w:spacing w:before="0" w:after="60" w:line="276" w:lineRule="auto"/>
        <w:ind w:left="425" w:hanging="425"/>
      </w:pPr>
      <w:r>
        <w:rPr>
          <w:rFonts w:ascii="Arial" w:hAnsi="Arial"/>
          <w:b/>
          <w:color w:val="006B46"/>
        </w:rPr>
        <w:t xml:space="preserve">1.  </w:t>
      </w:r>
      <w:r>
        <w:rPr>
          <w:rFonts w:ascii="Arial" w:hAnsi="Arial"/>
          <w:sz w:val="22"/>
        </w:rPr>
        <w:t>Lösche diese Seite. Sie gehört nicht in den Bericht.</w:t>
      </w:r>
    </w:p>
    <w:p>
      <w:pPr>
        <w:spacing w:before="0" w:after="60" w:line="276" w:lineRule="auto"/>
        <w:ind w:left="425" w:hanging="425"/>
      </w:pPr>
      <w:r>
        <w:rPr>
          <w:rFonts w:ascii="Arial" w:hAnsi="Arial"/>
          <w:b/>
          <w:color w:val="006B46"/>
        </w:rPr>
        <w:t xml:space="preserve">2.  </w:t>
      </w:r>
      <w:r>
        <w:rPr>
          <w:rFonts w:ascii="Arial" w:hAnsi="Arial"/>
          <w:sz w:val="22"/>
        </w:rPr>
        <w:t>Gleich zuerst die Vorgaben deiner Hochschule oder Schule ab: Umfang, Abgabetermin und Pflichtteile gehen immer vor.</w:t>
      </w:r>
    </w:p>
    <w:p>
      <w:pPr>
        <w:spacing w:before="0" w:after="60" w:line="276" w:lineRule="auto"/>
        <w:ind w:left="425" w:hanging="425"/>
      </w:pPr>
      <w:r>
        <w:rPr>
          <w:rFonts w:ascii="Arial" w:hAnsi="Arial"/>
          <w:b/>
          <w:color w:val="006B46"/>
        </w:rPr>
        <w:t xml:space="preserve">3.  </w:t>
      </w:r>
      <w:r>
        <w:rPr>
          <w:rFonts w:ascii="Arial" w:hAnsi="Arial"/>
          <w:sz w:val="22"/>
        </w:rPr>
        <w:t>Schreib Überschriften nie von Hand fett. Cursor in die Zeile, dann unter Start die Formatvorlage Überschrift 1 oder 2. Nur so stehen sie im Inhaltsverzeichnis.</w:t>
      </w:r>
    </w:p>
    <w:p>
      <w:pPr>
        <w:spacing w:before="0" w:after="60" w:line="276" w:lineRule="auto"/>
        <w:ind w:left="425" w:hanging="425"/>
      </w:pPr>
      <w:r>
        <w:rPr>
          <w:rFonts w:ascii="Arial" w:hAnsi="Arial"/>
          <w:b/>
          <w:color w:val="006B46"/>
        </w:rPr>
        <w:t xml:space="preserve">4.  </w:t>
      </w:r>
      <w:r>
        <w:rPr>
          <w:rFonts w:ascii="Arial" w:hAnsi="Arial"/>
          <w:sz w:val="22"/>
        </w:rPr>
        <w:t>Klick zum Schluss ins Inhaltsverzeichnis und drücke F9, dann „Gesamtes Verzeichnis aktualisieren“. Vorher ist es leer, und das ist richtig so.</w:t>
      </w:r>
    </w:p>
    <w:p>
      <w:pPr>
        <w:spacing w:before="0" w:after="60" w:line="276" w:lineRule="auto"/>
        <w:ind w:left="425" w:hanging="425"/>
      </w:pPr>
      <w:r>
        <w:rPr>
          <w:rFonts w:ascii="Arial" w:hAnsi="Arial"/>
          <w:b/>
          <w:color w:val="006B46"/>
        </w:rPr>
        <w:t xml:space="preserve">5.  </w:t>
      </w:r>
      <w:r>
        <w:rPr>
          <w:rFonts w:ascii="Arial" w:hAnsi="Arial"/>
          <w:sz w:val="22"/>
        </w:rPr>
        <w:t>Füll das Tätigkeitsprotokoll am besten während des Praktikums aus, eine Zeile pro Woche. Hinterher aus dem Gedächtnis ist es der Teil, der am meisten Zeit kostet.</w:t>
      </w:r>
    </w:p>
    <w:p>
      <w:pPr>
        <w:spacing w:before="200" w:after="60" w:line="276" w:lineRule="auto"/>
      </w:pPr>
      <w:r>
        <w:rPr>
          <w:rFonts w:ascii="Arial" w:hAnsi="Arial"/>
          <w:b/>
          <w:i w:val="0"/>
          <w:color w:val="111111"/>
          <w:sz w:val="24"/>
        </w:rPr>
        <w:t>Woran Praktikumsberichte in der Korrektur am häufigsten scheitern</w:t>
      </w:r>
    </w:p>
    <w:p>
      <w:pPr>
        <w:spacing w:before="0" w:after="60" w:line="276" w:lineRule="auto"/>
        <w:ind w:left="340" w:hanging="340"/>
      </w:pPr>
      <w:r>
        <w:rPr>
          <w:color w:val="00A85A"/>
        </w:rPr>
        <w:t xml:space="preserve">▪  </w:t>
      </w:r>
      <w:r>
        <w:rPr>
          <w:rFonts w:ascii="Arial" w:hAnsi="Arial"/>
          <w:sz w:val="22"/>
        </w:rPr>
        <w:t>Aufzählung statt Bericht: „Montag Ablage, Dienstag Ablage“. Erzähl, was du dabei gelernt hast, sonst ist es ein Kalender.</w:t>
      </w:r>
    </w:p>
    <w:p>
      <w:pPr>
        <w:spacing w:before="0" w:after="60" w:line="276" w:lineRule="auto"/>
        <w:ind w:left="340" w:hanging="340"/>
      </w:pPr>
      <w:r>
        <w:rPr>
          <w:color w:val="00A85A"/>
        </w:rPr>
        <w:t xml:space="preserve">▪  </w:t>
      </w:r>
      <w:r>
        <w:rPr>
          <w:rFonts w:ascii="Arial" w:hAnsi="Arial"/>
          <w:sz w:val="22"/>
        </w:rPr>
        <w:t>Keine Reflexion. Das ist der Teil, der benotet wird, und der einzige, den niemand von der Firmenseite abschreiben kann.</w:t>
      </w:r>
    </w:p>
    <w:p>
      <w:pPr>
        <w:spacing w:before="0" w:after="60" w:line="276" w:lineRule="auto"/>
        <w:ind w:left="340" w:hanging="340"/>
      </w:pPr>
      <w:r>
        <w:rPr>
          <w:color w:val="00A85A"/>
        </w:rPr>
        <w:t xml:space="preserve">▪  </w:t>
      </w:r>
      <w:r>
        <w:rPr>
          <w:rFonts w:ascii="Arial" w:hAnsi="Arial"/>
          <w:sz w:val="22"/>
        </w:rPr>
        <w:t>Betriebsinterne Daten im Anhang. Umsätze, Kundennamen und interne Unterlagen brauchen eine Freigabe, sonst gehören sie raus.</w:t>
      </w:r>
    </w:p>
    <w:p>
      <w:pPr>
        <w:spacing w:before="0" w:after="60" w:line="276" w:lineRule="auto"/>
        <w:ind w:left="340" w:hanging="340"/>
      </w:pPr>
      <w:r>
        <w:rPr>
          <w:color w:val="00A85A"/>
        </w:rPr>
        <w:t xml:space="preserve">▪  </w:t>
      </w:r>
      <w:r>
        <w:rPr>
          <w:rFonts w:ascii="Arial" w:hAnsi="Arial"/>
          <w:sz w:val="22"/>
        </w:rPr>
        <w:t>Wechsel zwischen Ich und man. Entscheide dich, und im Praktikumsbericht ist „ich“ ausdrücklich erlaubt.</w:t>
      </w:r>
    </w:p>
    <w:p>
      <w:pPr>
        <w:spacing w:before="0" w:after="60" w:line="276" w:lineRule="auto"/>
        <w:ind w:left="340" w:hanging="340"/>
      </w:pPr>
      <w:r>
        <w:rPr>
          <w:color w:val="00A85A"/>
        </w:rPr>
        <w:t xml:space="preserve">▪  </w:t>
      </w:r>
      <w:r>
        <w:rPr>
          <w:rFonts w:ascii="Arial" w:hAnsi="Arial"/>
          <w:sz w:val="22"/>
        </w:rPr>
        <w:t>Zeitformen durcheinander. Das Praktikum ist vorbei: Vergangenheit.</w:t>
      </w:r>
    </w:p>
    <w:tbl>
      <w:tblPr>
        <w:tblW w:type="auto" w:w="0"/>
        <w:jc w:val="left"/>
        <w:tblLook w:firstColumn="1" w:firstRow="1" w:lastColumn="0" w:lastRow="0" w:noHBand="0" w:noVBand="1" w:val="04A0"/>
        <w:tblBorders>
          <w:top w:val="none" w:sz="0"/>
          <w:left w:val="none" w:sz="0"/>
          <w:bottom w:val="none" w:sz="0"/>
          <w:right w:val="none" w:sz="0"/>
          <w:insideH w:val="none" w:sz="0"/>
          <w:insideV w:val="none" w:sz="0"/>
        </w:tblBorders>
      </w:tblPr>
      <w:tblGrid>
        <w:gridCol w:w="9972"/>
      </w:tblGrid>
      <w:tr>
        <w:tc>
          <w:tcPr>
            <w:tcW w:type="dxa" w:w="9972"/>
            <w:shd w:val="clear" w:color="auto" w:fill="F2F8F4"/>
            <w:tcBorders>
              <w:left w:val="single" w:sz="24" w:space="0" w:color="00A85A"/>
            </w:tcBorders>
          </w:tcPr>
          <w:p>
            <w:pPr>
              <w:spacing w:before="120" w:after="60"/>
            </w:pPr>
            <w:r>
              <w:rPr>
                <w:rFonts w:ascii="Arial" w:hAnsi="Arial"/>
                <w:b/>
                <w:color w:val="006B46"/>
                <w:sz w:val="21"/>
              </w:rPr>
              <w:t>Formalia auf einen Blick</w:t>
            </w:r>
          </w:p>
          <w:p>
            <w:pPr>
              <w:spacing w:after="40"/>
            </w:pPr>
            <w:r>
              <w:rPr>
                <w:rFonts w:ascii="Arial" w:hAnsi="Arial"/>
                <w:color w:val="111111"/>
                <w:sz w:val="20"/>
              </w:rPr>
              <w:t>Umfang: meist 8 bis 15 Seiten, die Vorgabe deiner Stelle geht vor</w:t>
            </w:r>
          </w:p>
          <w:p>
            <w:pPr>
              <w:spacing w:after="40"/>
            </w:pPr>
            <w:r>
              <w:rPr>
                <w:rFonts w:ascii="Arial" w:hAnsi="Arial"/>
                <w:color w:val="111111"/>
                <w:sz w:val="20"/>
              </w:rPr>
              <w:t>Ränder: links 3,0 cm, rechts 2,5 cm, oben 2,5 cm, unten 2,0 cm</w:t>
            </w:r>
          </w:p>
          <w:p>
            <w:pPr>
              <w:spacing w:after="40"/>
            </w:pPr>
            <w:r>
              <w:rPr>
                <w:rFonts w:ascii="Arial" w:hAnsi="Arial"/>
                <w:color w:val="111111"/>
                <w:sz w:val="20"/>
              </w:rPr>
              <w:t>Schrift: Arial 11 pt oder Times New Roman 12 pt, Zeilenabstand 1,5</w:t>
            </w:r>
          </w:p>
          <w:p>
            <w:pPr>
              <w:spacing w:after="40"/>
            </w:pPr>
            <w:r>
              <w:rPr>
                <w:rFonts w:ascii="Arial" w:hAnsi="Arial"/>
                <w:color w:val="111111"/>
                <w:sz w:val="20"/>
              </w:rPr>
              <w:t>Seitenzahlen: Deckblatt ohne, Verzeichnis römisch, Text arabisch ab 1</w:t>
            </w:r>
          </w:p>
          <w:p>
            <w:pPr>
              <w:spacing w:after="120"/>
            </w:pPr>
            <w:r>
              <w:rPr>
                <w:rFonts w:ascii="Arial" w:hAnsi="Arial"/>
                <w:color w:val="111111"/>
                <w:sz w:val="20"/>
              </w:rPr>
              <w:t>Anhang: Praktikumsbescheinigung, Wochenberichte, Freigaben</w:t>
            </w:r>
          </w:p>
        </w:tc>
      </w:tr>
    </w:tbl>
    <w:p>
      <w:pPr>
        <w:spacing w:before="0" w:after="0" w:line="276" w:lineRule="auto"/>
      </w:pPr>
    </w:p>
    <w:tbl>
      <w:tblPr>
        <w:tblW w:type="auto" w:w="0"/>
        <w:tblLook w:firstColumn="1" w:firstRow="1" w:lastColumn="0" w:lastRow="0" w:noHBand="0" w:noVBand="1" w:val="04A0"/>
        <w:tblBorders>
          <w:top w:val="none" w:sz="0"/>
          <w:left w:val="none" w:sz="0"/>
          <w:bottom w:val="none" w:sz="0"/>
          <w:right w:val="none" w:sz="0"/>
          <w:insideH w:val="none" w:sz="0"/>
          <w:insideV w:val="none" w:sz="0"/>
        </w:tblBorders>
      </w:tblPr>
      <w:tblGrid>
        <w:gridCol w:w="9972"/>
      </w:tblGrid>
      <w:tr>
        <w:tc>
          <w:tcPr>
            <w:tcW w:type="dxa" w:w="9972"/>
            <w:shd w:val="clear" w:color="auto" w:fill="F2F8F4"/>
            <w:tcBorders>
              <w:left w:val="single" w:sz="24" w:space="0" w:color="00A85A"/>
            </w:tcBorders>
          </w:tcPr>
          <w:p>
            <w:pPr>
              <w:spacing w:before="120" w:after="60"/>
            </w:pPr>
            <w:r>
              <w:rPr>
                <w:rFonts w:ascii="Arial" w:hAnsi="Arial"/>
                <w:b/>
                <w:color w:val="111111"/>
                <w:sz w:val="22"/>
              </w:rPr>
              <w:t>Vor der Abgabe</w:t>
            </w:r>
          </w:p>
          <w:p>
            <w:pPr>
              <w:spacing w:after="120"/>
            </w:pPr>
            <w:r>
              <w:rPr>
                <w:rFonts w:ascii="Arial" w:hAnsi="Arial"/>
                <w:sz w:val="20"/>
              </w:rPr>
              <w:t xml:space="preserve">Ein Bericht, der inhaltlich stimmt, aber voller Tippfehler steckt, kostet die bessere Note. Wir lesen gegen: </w:t>
            </w:r>
            <w:hyperlink r:id="rId11">
              <w:r>
                <w:rPr>
                  <w:rFonts w:ascii="Arial" w:hAnsi="Arial"/>
                  <w:color w:val="006B46"/>
                  <w:b/>
                  <w:u w:val="single"/>
                </w:rPr>
                <w:t>korrektur.de</w:t>
              </w:r>
            </w:hyperlink>
          </w:p>
        </w:tc>
      </w:tr>
    </w:tbl>
    <w:p>
      <w:pPr>
        <w:spacing w:before="0" w:after="80" w:line="276" w:lineRule="auto"/>
      </w:pPr>
      <w:r>
        <w:rPr>
          <w:rFonts w:ascii="Arial" w:hAnsi="Arial"/>
          <w:b w:val="0"/>
          <w:i w:val="0"/>
          <w:color w:val="555555"/>
          <w:sz w:val="18"/>
        </w:rPr>
        <w:t>Diese Vorlage darfst du frei nutzen, anpassen und weitergeben. Erstellt von korrektur.de. Stand: September 2026.</w:t>
      </w:r>
    </w:p>
    <w:p>
      <w:pPr>
        <w:sectPr>
          <w:footerReference w:type="default" r:id="rId9"/>
          <w:pgSz w:w="12240" w:h="15840"/>
          <w:pgMar w:top="1020" w:right="1134" w:bottom="1020" w:left="1134" w:header="720" w:footer="720" w:gutter="0"/>
          <w:cols w:space="720"/>
          <w:docGrid w:linePitch="360"/>
          <w:pgNumType w:fmt="decimal" w:start="1"/>
        </w:sectPr>
      </w:pPr>
    </w:p>
    <w:p>
      <w:pPr>
        <w:spacing w:before="0" w:after="780" w:line="20" w:lineRule="exact"/>
      </w:pPr>
    </w:p>
    <w:p>
      <w:pPr>
        <w:spacing w:before="0" w:after="0" w:line="276" w:lineRule="auto"/>
        <w:jc w:val="right"/>
      </w:pPr>
      <w:r>
        <w:rPr>
          <w:rFonts w:ascii="Arial" w:hAnsi="Arial"/>
          <w:b w:val="0"/>
          <w:i w:val="0"/>
          <w:color w:val="111111"/>
          <w:sz w:val="22"/>
        </w:rPr>
        <w:t>[Name der Hochschule oder Schule]</w:t>
      </w:r>
    </w:p>
    <w:p>
      <w:pPr>
        <w:spacing w:before="0" w:after="0" w:line="276" w:lineRule="auto"/>
        <w:jc w:val="right"/>
      </w:pPr>
      <w:r>
        <w:rPr>
          <w:rFonts w:ascii="Arial" w:hAnsi="Arial"/>
          <w:b w:val="0"/>
          <w:i w:val="0"/>
          <w:color w:val="111111"/>
          <w:sz w:val="22"/>
        </w:rPr>
        <w:t>[Fachbereich oder Klasse]</w:t>
      </w:r>
    </w:p>
    <w:p>
      <w:pPr>
        <w:spacing w:before="0" w:after="1380" w:line="20" w:lineRule="exact"/>
      </w:pPr>
    </w:p>
    <w:p>
      <w:pPr>
        <w:spacing w:before="0" w:after="200" w:line="276" w:lineRule="auto"/>
      </w:pPr>
      <w:r>
        <w:rPr>
          <w:rFonts w:ascii="Arial" w:hAnsi="Arial"/>
          <w:b/>
          <w:i w:val="0"/>
          <w:color w:val="111111"/>
          <w:sz w:val="32"/>
        </w:rPr>
        <w:t>Praktikumsbericht</w:t>
      </w:r>
    </w:p>
    <w:p>
      <w:pPr>
        <w:spacing w:before="0" w:after="120" w:line="276" w:lineRule="auto"/>
      </w:pPr>
      <w:r>
        <w:rPr>
          <w:rFonts w:ascii="Arial" w:hAnsi="Arial"/>
          <w:b w:val="0"/>
          <w:i w:val="0"/>
          <w:color w:val="111111"/>
          <w:sz w:val="22"/>
        </w:rPr>
        <w:t>[Name des Betriebs], [Ort]</w:t>
      </w:r>
    </w:p>
    <w:p>
      <w:pPr>
        <w:spacing w:before="0" w:after="980" w:line="20" w:lineRule="exact"/>
      </w:pPr>
    </w:p>
    <w:p>
      <w:pPr>
        <w:spacing w:before="0" w:after="0" w:line="276" w:lineRule="auto"/>
      </w:pPr>
      <w:r>
        <w:rPr>
          <w:rFonts w:ascii="Arial" w:hAnsi="Arial"/>
          <w:b w:val="0"/>
          <w:i w:val="0"/>
          <w:color w:val="111111"/>
          <w:sz w:val="22"/>
        </w:rPr>
        <w:t>Praktikumszeitraum: [TT.MM.JJJJ] bis [TT.MM.JJJJ]</w:t>
      </w:r>
    </w:p>
    <w:p>
      <w:pPr>
        <w:spacing w:before="0" w:after="0" w:line="276" w:lineRule="auto"/>
      </w:pPr>
      <w:r>
        <w:rPr>
          <w:rFonts w:ascii="Arial" w:hAnsi="Arial"/>
          <w:b w:val="0"/>
          <w:i w:val="0"/>
          <w:color w:val="111111"/>
          <w:sz w:val="22"/>
        </w:rPr>
        <w:t>Umfang: [Zahl] Wochen, [Zahl] Stunden pro Woche</w:t>
      </w:r>
    </w:p>
    <w:p>
      <w:pPr>
        <w:spacing w:before="0" w:after="780" w:line="20" w:lineRule="exact"/>
      </w:pPr>
    </w:p>
    <w:p>
      <w:pPr>
        <w:spacing w:before="0" w:after="0" w:line="276" w:lineRule="auto"/>
      </w:pPr>
      <w:r>
        <w:rPr>
          <w:rFonts w:ascii="Arial" w:hAnsi="Arial"/>
          <w:b w:val="0"/>
          <w:i w:val="0"/>
          <w:color w:val="111111"/>
          <w:sz w:val="22"/>
        </w:rPr>
        <w:t>vorgelegt von: [Vorname Nachname]</w:t>
      </w:r>
    </w:p>
    <w:p>
      <w:pPr>
        <w:spacing w:before="0" w:after="0" w:line="276" w:lineRule="auto"/>
      </w:pPr>
      <w:r>
        <w:rPr>
          <w:rFonts w:ascii="Arial" w:hAnsi="Arial"/>
          <w:b w:val="0"/>
          <w:i w:val="0"/>
          <w:color w:val="111111"/>
          <w:sz w:val="22"/>
        </w:rPr>
        <w:t>Matrikelnummer oder Klasse: [Angabe]</w:t>
      </w:r>
    </w:p>
    <w:p>
      <w:pPr>
        <w:spacing w:before="0" w:after="0" w:line="276" w:lineRule="auto"/>
      </w:pPr>
      <w:r>
        <w:rPr>
          <w:rFonts w:ascii="Arial" w:hAnsi="Arial"/>
          <w:b w:val="0"/>
          <w:i w:val="0"/>
          <w:color w:val="111111"/>
          <w:sz w:val="22"/>
        </w:rPr>
        <w:t>E-Mail: [E-Mail-Adresse]</w:t>
      </w:r>
    </w:p>
    <w:p>
      <w:pPr>
        <w:spacing w:before="0" w:after="500" w:line="20" w:lineRule="exact"/>
      </w:pPr>
    </w:p>
    <w:p>
      <w:pPr>
        <w:spacing w:before="0" w:after="0" w:line="276" w:lineRule="auto"/>
      </w:pPr>
      <w:r>
        <w:rPr>
          <w:rFonts w:ascii="Arial" w:hAnsi="Arial"/>
          <w:b w:val="0"/>
          <w:i w:val="0"/>
          <w:color w:val="111111"/>
          <w:sz w:val="22"/>
        </w:rPr>
        <w:t>Betreuung Hochschule oder Schule: [Titel Vorname Nachname]</w:t>
      </w:r>
    </w:p>
    <w:p>
      <w:pPr>
        <w:spacing w:before="0" w:after="0" w:line="276" w:lineRule="auto"/>
      </w:pPr>
      <w:r>
        <w:rPr>
          <w:rFonts w:ascii="Arial" w:hAnsi="Arial"/>
          <w:b w:val="0"/>
          <w:i w:val="0"/>
          <w:color w:val="111111"/>
          <w:sz w:val="22"/>
        </w:rPr>
        <w:t>Betreuung im Betrieb: [Vorname Nachname]</w:t>
      </w:r>
    </w:p>
    <w:p>
      <w:pPr>
        <w:spacing w:before="0" w:after="500" w:line="20" w:lineRule="exact"/>
      </w:pPr>
    </w:p>
    <w:p>
      <w:pPr>
        <w:spacing w:before="0" w:after="0" w:line="276" w:lineRule="auto"/>
      </w:pPr>
      <w:r>
        <w:rPr>
          <w:rFonts w:ascii="Arial" w:hAnsi="Arial"/>
          <w:b w:val="0"/>
          <w:i w:val="0"/>
          <w:color w:val="111111"/>
          <w:sz w:val="22"/>
        </w:rPr>
        <w:t>Abgabedatum: [TT.MM.JJJJ]</w:t>
      </w:r>
    </w:p>
    <w:p>
      <w:pPr>
        <w:sectPr>
          <w:footerReference w:type="default" r:id="rId12"/>
          <w:pgSz w:w="12240" w:h="15840"/>
          <w:pgMar w:top="1417" w:right="1417" w:bottom="1134" w:left="1701" w:header="720" w:footer="720" w:gutter="0"/>
          <w:cols w:space="720"/>
          <w:docGrid w:linePitch="360"/>
          <w:pgNumType w:fmt="lowerRoman" w:start="1"/>
        </w:sectPr>
      </w:pPr>
    </w:p>
    <w:p>
      <w:pPr>
        <w:spacing w:before="0" w:after="200" w:line="276" w:lineRule="auto"/>
      </w:pPr>
      <w:r>
        <w:rPr>
          <w:rFonts w:ascii="Arial" w:hAnsi="Arial"/>
          <w:b/>
          <w:i w:val="0"/>
          <w:color w:val="111111"/>
          <w:sz w:val="32"/>
        </w:rPr>
        <w:t>Inhaltsverzeichnis</w:t>
      </w:r>
    </w:p>
    <w:p>
      <w:pPr>
        <w:spacing w:after="120"/>
      </w:pPr>
      <w:r>
        <w:rPr>
          <w:rFonts w:ascii="Arial" w:hAnsi="Arial"/>
          <w:color w:val="555555"/>
          <w:sz w:val="21"/>
        </w:rPr>
        <w:fldChar w:fldCharType="begin" w:dirty="true"/>
        <w:instrText xml:space="preserve">TOC \o "1-3" \h \z \u</w:instrText>
        <w:fldChar w:fldCharType="separate"/>
        <w:t>Hier steht dein Inhaltsverzeichnis, sobald du es aktualisierst: klick hinein und druecke F9.</w:t>
        <w:fldChar w:fldCharType="end"/>
      </w:r>
    </w:p>
    <w:p>
      <w:pPr>
        <w:sectPr>
          <w:footerReference w:type="default" r:id="rId13"/>
          <w:pgSz w:w="12240" w:h="15840"/>
          <w:pgMar w:top="1417" w:right="1417" w:bottom="1134" w:left="1701" w:header="720" w:footer="720" w:gutter="0"/>
          <w:cols w:space="720"/>
          <w:docGrid w:linePitch="360"/>
          <w:pgNumType w:fmt="lowerRoman" w:start="2"/>
        </w:sectPr>
      </w:pPr>
    </w:p>
    <w:p>
      <w:pPr>
        <w:pStyle w:val="Heading1"/>
      </w:pPr>
      <w:r>
        <w:t>Einleitung</w:t>
      </w:r>
    </w:p>
    <w:p>
      <w:pPr>
        <w:spacing w:before="0" w:after="200" w:line="360" w:lineRule="auto"/>
      </w:pPr>
      <w:r>
        <w:rPr>
          <w:rFonts w:ascii="Arial" w:hAnsi="Arial"/>
          <w:b w:val="0"/>
          <w:i/>
          <w:color w:val="555555"/>
          <w:sz w:val="22"/>
        </w:rPr>
        <w:t>[Warum dieses Praktikum und dieser Betrieb? Was wolltest du herausfinden oder lernen? Zwei bis drei Absätze, keine Lebensgeschichte.]</w:t>
      </w:r>
    </w:p>
    <w:p>
      <w:pPr>
        <w:pStyle w:val="Heading1"/>
      </w:pPr>
      <w:r>
        <w:t>Der Betrieb</w:t>
      </w:r>
    </w:p>
    <w:p>
      <w:pPr>
        <w:pStyle w:val="Heading2"/>
      </w:pPr>
      <w:r>
        <w:t>Aufgaben und Größe</w:t>
      </w:r>
    </w:p>
    <w:p>
      <w:pPr>
        <w:spacing w:before="0" w:after="200" w:line="360" w:lineRule="auto"/>
      </w:pPr>
      <w:r>
        <w:rPr>
          <w:rFonts w:ascii="Arial" w:hAnsi="Arial"/>
          <w:b w:val="0"/>
          <w:i/>
          <w:color w:val="555555"/>
          <w:sz w:val="22"/>
        </w:rPr>
        <w:t>[Was macht der Betrieb, seit wann, wie viele Beschäftigte, welcher Markt? Öffentlich zugängliche Angaben genügen.]</w:t>
      </w:r>
    </w:p>
    <w:p>
      <w:pPr>
        <w:pStyle w:val="Heading2"/>
      </w:pPr>
      <w:r>
        <w:t>Aufbau und meine Abteilung</w:t>
      </w:r>
    </w:p>
    <w:p>
      <w:pPr>
        <w:spacing w:before="0" w:after="200" w:line="360" w:lineRule="auto"/>
      </w:pPr>
      <w:r>
        <w:rPr>
          <w:rFonts w:ascii="Arial" w:hAnsi="Arial"/>
          <w:b w:val="0"/>
          <w:i/>
          <w:color w:val="555555"/>
          <w:sz w:val="22"/>
        </w:rPr>
        <w:t>[In welcher Abteilung warst du, wo sitzt sie im Betrieb, mit wem hast du zusammengearbeitet?]</w:t>
      </w:r>
    </w:p>
    <w:p>
      <w:pPr>
        <w:pStyle w:val="Heading1"/>
      </w:pPr>
      <w:r>
        <w:t>Tätigkeiten</w:t>
      </w:r>
    </w:p>
    <w:p>
      <w:pPr>
        <w:pStyle w:val="Heading2"/>
      </w:pPr>
      <w:r>
        <w:t>Überblick über den Zeitraum</w:t>
      </w:r>
    </w:p>
    <w:p>
      <w:pPr>
        <w:spacing w:before="0" w:after="200" w:line="360" w:lineRule="auto"/>
      </w:pPr>
      <w:r>
        <w:rPr>
          <w:rFonts w:ascii="Arial" w:hAnsi="Arial"/>
          <w:b w:val="0"/>
          <w:i/>
          <w:color w:val="555555"/>
          <w:sz w:val="22"/>
        </w:rPr>
        <w:t>Eine Zeile pro Woche. Neue Zeilen bekommst du mit der Tabulatortaste in der letzten Zelle.</w:t>
      </w:r>
    </w:p>
    <w:tbl>
      <w:tblPr>
        <w:tblW w:type="auto" w:w="0"/>
        <w:jc w:val="left"/>
        <w:tblLayout w:type="fixed"/>
        <w:tblLook w:firstColumn="1" w:firstRow="1" w:lastColumn="0" w:lastRow="0" w:noHBand="0" w:noVBand="1" w:val="04A0"/>
        <w:tblLayout w:type="fixed"/>
        <w:tblBorders>
          <w:top w:val="none" w:sz="0"/>
          <w:left w:val="none" w:sz="0"/>
          <w:bottom w:val="none" w:sz="0"/>
          <w:right w:val="none" w:sz="0"/>
          <w:insideH w:val="none" w:sz="0"/>
          <w:insideV w:val="none" w:sz="0"/>
        </w:tblBorders>
      </w:tblPr>
      <w:tblGrid>
        <w:gridCol w:w="1701"/>
        <w:gridCol w:w="7421"/>
      </w:tblGrid>
      <w:tr>
        <w:tc>
          <w:tcPr>
            <w:tcW w:type="dxa" w:w="1701"/>
            <w:tcMar>
              <w:left w:w="0" w:type="dxa"/>
              <w:right w:w="170" w:type="dxa"/>
            </w:tcMar>
          </w:tcPr>
          <w:p>
            <w:pPr>
              <w:spacing w:after="100"/>
            </w:pPr>
            <w:r>
              <w:rPr>
                <w:rFonts w:ascii="Arial" w:hAnsi="Arial"/>
                <w:color w:val="555555"/>
                <w:sz w:val="21"/>
              </w:rPr>
              <w:t>Woche 1</w:t>
            </w:r>
          </w:p>
        </w:tc>
        <w:tc>
          <w:tcPr>
            <w:tcW w:type="dxa" w:w="7421"/>
            <w:tcMar>
              <w:left w:w="0" w:type="dxa"/>
              <w:right w:w="170" w:type="dxa"/>
            </w:tcMar>
          </w:tcPr>
          <w:p>
            <w:pPr>
              <w:spacing w:after="100"/>
            </w:pPr>
            <w:r>
              <w:rPr>
                <w:rFonts w:ascii="Arial" w:hAnsi="Arial"/>
                <w:b w:val="0"/>
                <w:color w:val="111111"/>
                <w:sz w:val="22"/>
              </w:rPr>
              <w:t>[Einarbeitung, Sicherheitsunterweisung, erste Aufgaben]</w:t>
            </w:r>
          </w:p>
        </w:tc>
      </w:tr>
      <w:tr>
        <w:tc>
          <w:tcPr>
            <w:tcW w:type="dxa" w:w="1701"/>
            <w:tcMar>
              <w:left w:w="0" w:type="dxa"/>
              <w:right w:w="170" w:type="dxa"/>
            </w:tcMar>
          </w:tcPr>
          <w:p>
            <w:pPr>
              <w:spacing w:after="100"/>
            </w:pPr>
            <w:r>
              <w:rPr>
                <w:rFonts w:ascii="Arial" w:hAnsi="Arial"/>
                <w:color w:val="555555"/>
                <w:sz w:val="21"/>
              </w:rPr>
              <w:t>Woche 2</w:t>
            </w:r>
          </w:p>
        </w:tc>
        <w:tc>
          <w:tcPr>
            <w:tcW w:type="dxa" w:w="7421"/>
            <w:tcMar>
              <w:left w:w="0" w:type="dxa"/>
              <w:right w:w="170" w:type="dxa"/>
            </w:tcMar>
          </w:tcPr>
          <w:p>
            <w:pPr>
              <w:spacing w:after="100"/>
            </w:pPr>
            <w:r>
              <w:rPr>
                <w:rFonts w:ascii="Arial" w:hAnsi="Arial"/>
                <w:b w:val="0"/>
                <w:color w:val="111111"/>
                <w:sz w:val="22"/>
              </w:rPr>
              <w:t>[Tätigkeit, und was du dabei zum ersten Mal selbst gemacht hast]</w:t>
            </w:r>
          </w:p>
        </w:tc>
      </w:tr>
      <w:tr>
        <w:tc>
          <w:tcPr>
            <w:tcW w:type="dxa" w:w="1701"/>
            <w:tcMar>
              <w:left w:w="0" w:type="dxa"/>
              <w:right w:w="170" w:type="dxa"/>
            </w:tcMar>
          </w:tcPr>
          <w:p>
            <w:pPr>
              <w:spacing w:after="100"/>
            </w:pPr>
            <w:r>
              <w:rPr>
                <w:rFonts w:ascii="Arial" w:hAnsi="Arial"/>
                <w:color w:val="555555"/>
                <w:sz w:val="21"/>
              </w:rPr>
              <w:t>Woche 3</w:t>
            </w:r>
          </w:p>
        </w:tc>
        <w:tc>
          <w:tcPr>
            <w:tcW w:type="dxa" w:w="7421"/>
            <w:tcMar>
              <w:left w:w="0" w:type="dxa"/>
              <w:right w:w="170" w:type="dxa"/>
            </w:tcMar>
          </w:tcPr>
          <w:p>
            <w:pPr>
              <w:spacing w:after="100"/>
            </w:pPr>
            <w:r>
              <w:rPr>
                <w:rFonts w:ascii="Arial" w:hAnsi="Arial"/>
                <w:b w:val="0"/>
                <w:color w:val="111111"/>
                <w:sz w:val="22"/>
              </w:rPr>
              <w:t>[Tätigkeit, möglichst mit einer Zahl: Stückzahl, Fälle, Termine]</w:t>
            </w:r>
          </w:p>
        </w:tc>
      </w:tr>
      <w:tr>
        <w:tc>
          <w:tcPr>
            <w:tcW w:type="dxa" w:w="1701"/>
            <w:tcMar>
              <w:left w:w="0" w:type="dxa"/>
              <w:right w:w="170" w:type="dxa"/>
            </w:tcMar>
          </w:tcPr>
          <w:p>
            <w:pPr>
              <w:spacing w:after="100"/>
            </w:pPr>
            <w:r>
              <w:rPr>
                <w:rFonts w:ascii="Arial" w:hAnsi="Arial"/>
                <w:color w:val="555555"/>
                <w:sz w:val="21"/>
              </w:rPr>
              <w:t>Woche 4</w:t>
            </w:r>
          </w:p>
        </w:tc>
        <w:tc>
          <w:tcPr>
            <w:tcW w:type="dxa" w:w="7421"/>
            <w:tcMar>
              <w:left w:w="0" w:type="dxa"/>
              <w:right w:w="170" w:type="dxa"/>
            </w:tcMar>
          </w:tcPr>
          <w:p>
            <w:pPr>
              <w:spacing w:after="100"/>
            </w:pPr>
            <w:r>
              <w:rPr>
                <w:rFonts w:ascii="Arial" w:hAnsi="Arial"/>
                <w:b w:val="0"/>
                <w:color w:val="111111"/>
                <w:sz w:val="22"/>
              </w:rPr>
              <w:t>[Tätigkeit]</w:t>
            </w:r>
          </w:p>
        </w:tc>
      </w:tr>
      <w:tr>
        <w:tc>
          <w:tcPr>
            <w:tcW w:type="dxa" w:w="1701"/>
            <w:tcMar>
              <w:left w:w="0" w:type="dxa"/>
              <w:right w:w="170" w:type="dxa"/>
            </w:tcMar>
          </w:tcPr>
          <w:p>
            <w:pPr>
              <w:spacing w:after="100"/>
            </w:pPr>
            <w:r>
              <w:rPr>
                <w:rFonts w:ascii="Arial" w:hAnsi="Arial"/>
                <w:color w:val="555555"/>
                <w:sz w:val="21"/>
              </w:rPr>
              <w:t>Woche [n]</w:t>
            </w:r>
          </w:p>
        </w:tc>
        <w:tc>
          <w:tcPr>
            <w:tcW w:type="dxa" w:w="7421"/>
            <w:tcMar>
              <w:left w:w="0" w:type="dxa"/>
              <w:right w:w="170" w:type="dxa"/>
            </w:tcMar>
          </w:tcPr>
          <w:p>
            <w:pPr>
              <w:spacing w:after="100"/>
            </w:pPr>
            <w:r>
              <w:rPr>
                <w:rFonts w:ascii="Arial" w:hAnsi="Arial"/>
                <w:b w:val="0"/>
                <w:color w:val="111111"/>
                <w:sz w:val="22"/>
              </w:rPr>
              <w:t>[Abschluss, Übergabe, Abschlussgespräch]</w:t>
            </w:r>
          </w:p>
        </w:tc>
      </w:tr>
    </w:tbl>
    <w:p>
      <w:pPr>
        <w:spacing w:before="0" w:after="0" w:line="276" w:lineRule="auto"/>
      </w:pPr>
    </w:p>
    <w:p>
      <w:pPr>
        <w:pStyle w:val="Heading2"/>
      </w:pPr>
      <w:r>
        <w:t>Eine Aufgabe im Detail</w:t>
      </w:r>
    </w:p>
    <w:p>
      <w:pPr>
        <w:spacing w:before="0" w:after="200" w:line="360" w:lineRule="auto"/>
      </w:pPr>
      <w:r>
        <w:rPr>
          <w:rFonts w:ascii="Arial" w:hAnsi="Arial"/>
          <w:b w:val="0"/>
          <w:i/>
          <w:color w:val="555555"/>
          <w:sz w:val="22"/>
        </w:rPr>
        <w:t>[Nimm eine Aufgabe heraus und beschreibe sie ganz: Auftrag, Vorgehen, Werkzeuge, Ergebnis, Schwierigkeit. Dieser Abschnitt zeigt mehr als die ganze Tabelle.]</w:t>
      </w:r>
    </w:p>
    <w:p>
      <w:pPr>
        <w:pStyle w:val="Heading1"/>
      </w:pPr>
      <w:r>
        <w:t>Reflexion</w:t>
      </w:r>
    </w:p>
    <w:p>
      <w:pPr>
        <w:pStyle w:val="Heading2"/>
      </w:pPr>
      <w:r>
        <w:t>Was ich gelernt habe</w:t>
      </w:r>
    </w:p>
    <w:p>
      <w:pPr>
        <w:spacing w:before="0" w:after="200" w:line="360" w:lineRule="auto"/>
      </w:pPr>
      <w:r>
        <w:rPr>
          <w:rFonts w:ascii="Arial" w:hAnsi="Arial"/>
          <w:b w:val="0"/>
          <w:i/>
          <w:color w:val="555555"/>
          <w:sz w:val="22"/>
        </w:rPr>
        <w:t>[Fachliches und Persönliches getrennt. Nenne konkret, was du am Ende konntest und am Anfang nicht.]</w:t>
      </w:r>
    </w:p>
    <w:p>
      <w:pPr>
        <w:pStyle w:val="Heading2"/>
      </w:pPr>
      <w:r>
        <w:t>Bezug zu Studium oder Ausbildung</w:t>
      </w:r>
    </w:p>
    <w:p>
      <w:pPr>
        <w:spacing w:before="0" w:after="200" w:line="360" w:lineRule="auto"/>
      </w:pPr>
      <w:r>
        <w:rPr>
          <w:rFonts w:ascii="Arial" w:hAnsi="Arial"/>
          <w:b w:val="0"/>
          <w:i/>
          <w:color w:val="555555"/>
          <w:sz w:val="22"/>
        </w:rPr>
        <w:t>[Wo hat dir der Unterricht geholfen, wo hat er gefehlt? Ehrliche Antworten sind hier mehr wert als höfliche.]</w:t>
      </w:r>
    </w:p>
    <w:p>
      <w:pPr>
        <w:pStyle w:val="Heading2"/>
      </w:pPr>
      <w:r>
        <w:t>Was ich anders machen würde</w:t>
      </w:r>
    </w:p>
    <w:p>
      <w:pPr>
        <w:spacing w:before="0" w:after="200" w:line="360" w:lineRule="auto"/>
      </w:pPr>
      <w:r>
        <w:rPr>
          <w:rFonts w:ascii="Arial" w:hAnsi="Arial"/>
          <w:b w:val="0"/>
          <w:i/>
          <w:color w:val="555555"/>
          <w:sz w:val="22"/>
        </w:rPr>
        <w:t>[Was du dir früher getraut, anders geplant oder eher gefragt hättest.]</w:t>
      </w:r>
    </w:p>
    <w:p>
      <w:pPr>
        <w:pStyle w:val="Heading1"/>
      </w:pPr>
      <w:r>
        <w:t>Fazit</w:t>
      </w:r>
    </w:p>
    <w:p>
      <w:pPr>
        <w:spacing w:before="0" w:after="200" w:line="360" w:lineRule="auto"/>
      </w:pPr>
      <w:r>
        <w:rPr>
          <w:rFonts w:ascii="Arial" w:hAnsi="Arial"/>
          <w:b w:val="0"/>
          <w:i/>
          <w:color w:val="555555"/>
          <w:sz w:val="22"/>
        </w:rPr>
        <w:t>[Hat das Praktikum die Erwartung aus der Einleitung erfüllt? Und was heißt das für deinen weiteren Weg? Keine neuen Themen mehr.]</w:t>
      </w:r>
    </w:p>
    <w:p>
      <w:r>
        <w:br w:type="page"/>
      </w:r>
    </w:p>
    <w:p>
      <w:pPr>
        <w:spacing w:before="0" w:after="200" w:line="276" w:lineRule="auto"/>
      </w:pPr>
      <w:r>
        <w:rPr>
          <w:rFonts w:ascii="Arial" w:hAnsi="Arial"/>
          <w:b/>
          <w:i w:val="0"/>
          <w:color w:val="111111"/>
          <w:sz w:val="32"/>
        </w:rPr>
        <w:t>Anhang</w:t>
      </w:r>
    </w:p>
    <w:p>
      <w:pPr>
        <w:spacing w:before="0" w:after="200" w:line="360" w:lineRule="auto"/>
      </w:pPr>
      <w:r>
        <w:rPr>
          <w:rFonts w:ascii="Arial" w:hAnsi="Arial"/>
          <w:b w:val="0"/>
          <w:i/>
          <w:color w:val="555555"/>
          <w:sz w:val="22"/>
        </w:rPr>
        <w:t>[Praktikumsbescheinigung, Wochenberichte, Fotos, Muster deiner Arbeit. Alles, was betriebsintern ist, nur mit schriftlicher Freigabe.]</w:t>
      </w:r>
    </w:p>
    <w:p>
      <w:pPr>
        <w:sectPr>
          <w:footerReference w:type="default" r:id="rId14"/>
          <w:pgSz w:w="12240" w:h="15840"/>
          <w:pgMar w:top="1417" w:right="1417" w:bottom="1134" w:left="1701" w:header="720" w:footer="720" w:gutter="0"/>
          <w:cols w:space="720"/>
          <w:docGrid w:linePitch="360"/>
          <w:pgNumType w:fmt="decimal" w:start="1"/>
        </w:sectPr>
      </w:pPr>
    </w:p>
    <w:p>
      <w:pPr>
        <w:spacing w:before="0" w:after="200" w:line="276" w:lineRule="auto"/>
      </w:pPr>
      <w:r>
        <w:rPr>
          <w:rFonts w:ascii="Arial" w:hAnsi="Arial"/>
          <w:b/>
          <w:i w:val="0"/>
          <w:color w:val="111111"/>
          <w:sz w:val="32"/>
        </w:rPr>
        <w:t>Erklärung</w:t>
      </w:r>
    </w:p>
    <w:p>
      <w:pPr>
        <w:spacing w:before="0" w:after="120" w:line="276" w:lineRule="auto"/>
      </w:pPr>
      <w:r>
        <w:rPr>
          <w:rFonts w:ascii="Arial" w:hAnsi="Arial"/>
          <w:b w:val="0"/>
          <w:i w:val="0"/>
          <w:color w:val="111111"/>
          <w:sz w:val="22"/>
        </w:rPr>
        <w:t>Hiermit versichere ich, dass ich den vorliegenden Praktikumsbericht selbstständig verfasst und keine anderen als die angegebenen Quellen und Hilfsmittel benutzt habe. Alle Stellen, die wörtlich oder sinngemäß aus fremden Unterlagen übernommen wurden, sind als solche kenntlich gemacht.</w:t>
      </w:r>
    </w:p>
    <w:p>
      <w:pPr>
        <w:spacing w:before="0" w:after="580" w:line="20" w:lineRule="exact"/>
      </w:pPr>
    </w:p>
    <w:p>
      <w:pPr>
        <w:spacing w:before="0" w:after="0" w:line="276" w:lineRule="auto"/>
      </w:pPr>
      <w:r>
        <w:rPr>
          <w:rFonts w:ascii="Arial" w:hAnsi="Arial"/>
          <w:b w:val="0"/>
          <w:i w:val="0"/>
          <w:color w:val="111111"/>
          <w:sz w:val="22"/>
        </w:rPr>
        <w:t>[Ort], [TT.MM.JJJJ]</w:t>
      </w:r>
    </w:p>
    <w:p>
      <w:pPr>
        <w:spacing w:before="0" w:after="660" w:line="20" w:lineRule="exact"/>
      </w:pPr>
    </w:p>
    <w:p>
      <w:pPr>
        <w:spacing w:before="0" w:after="0" w:line="276" w:lineRule="auto"/>
      </w:pPr>
      <w:r>
        <w:rPr>
          <w:rFonts w:ascii="Arial" w:hAnsi="Arial"/>
          <w:b w:val="0"/>
          <w:i w:val="0"/>
          <w:color w:val="111111"/>
          <w:sz w:val="22"/>
        </w:rPr>
        <w:t>[Unterschrift]</w:t>
      </w:r>
    </w:p>
    <w:p>
      <w:pPr>
        <w:spacing w:before="0" w:after="380" w:line="20" w:lineRule="exact"/>
      </w:pPr>
    </w:p>
    <w:p>
      <w:pPr>
        <w:spacing w:before="0" w:after="80" w:line="276" w:lineRule="auto"/>
      </w:pPr>
      <w:r>
        <w:rPr>
          <w:rFonts w:ascii="Arial" w:hAnsi="Arial"/>
          <w:b w:val="0"/>
          <w:i w:val="0"/>
          <w:color w:val="555555"/>
          <w:sz w:val="18"/>
        </w:rPr>
        <w:t>Verlangt deine Hochschule oder Schule einen eigenen Wortlaut, ersetze diesen Text durch ihren.</w:t>
      </w:r>
    </w:p>
    <w:sectPr w:rsidR="00FC693F" w:rsidRPr="0006063C" w:rsidSect="00034616">
      <w:footerReference w:type="default" r:id="rId15"/>
      <w:pgSz w:w="12240" w:h="15840"/>
      <w:pgMar w:top="1417" w:right="1417" w:bottom="1134" w:left="1701" w:header="720" w:footer="720" w:gutter="0"/>
      <w:cols w:space="720"/>
      <w:docGrid w:linePitch="360"/>
      <w:pgNumType w:fmt="decimal"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55555"/>
        <w:sz w:val="20"/>
      </w:rPr>
      <w:fldChar w:fldCharType="begin"/>
      <w:instrText xml:space="preserve">PAGE</w:instrText>
      <w:fldChar w:fldCharType="separate"/>
      <w:t>1</w: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55555"/>
        <w:sz w:val="20"/>
      </w:rPr>
      <w:fldChar w:fldCharType="begin"/>
      <w:instrText xml:space="preserve">PAGE</w:instrText>
      <w:fldChar w:fldCharType="separate"/>
      <w:t>1</w:t>
      <w:fldChar w:fldCharType="end"/>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multilevel"/>
    <w:lvl w:ilvl="0">
      <w:start w:val="1"/>
      <w:numFmt w:val="decimal"/>
      <w:pStyle w:val="Heading1"/>
      <w:lvlText w:val="%1"/>
      <w:lvlJc w:val="left"/>
      <w:pPr>
        <w:ind w:left="0" w:firstLine="0"/>
      </w:pPr>
    </w:lvl>
    <w:lvl w:ilvl="1">
      <w:start w:val="1"/>
      <w:numFmt w:val="decimal"/>
      <w:pStyle w:val="Heading2"/>
      <w:lvlText w:val="%1.%2"/>
      <w:lvlJc w:val="left"/>
      <w:pPr>
        <w:ind w:left="0" w:firstLine="0"/>
      </w:pPr>
    </w:lvl>
    <w:lvl w:ilvl="2">
      <w:start w:val="1"/>
      <w:numFmt w:val="decimal"/>
      <w:pStyle w:val="Heading3"/>
      <w:lvlText w:val="%1.%2.%3"/>
      <w:lvlJc w:val="left"/>
      <w:pPr>
        <w:ind w:left="0" w:firstLine="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76" w:lineRule="auto"/>
    </w:pPr>
    <w:rPr>
      <w:rFonts w:ascii="Arial" w:hAnsi="Arial" w:cs="Arial" w:eastAsia="Arial"/>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numPr>
        <w:ilvl w:val="0"/>
        <w:numId w:val="10"/>
      </w:numPr>
    </w:pPr>
    <w:rPr>
      <w:rFonts w:ascii="Arial" w:hAnsi="Arial" w:cs="Arial" w:eastAsia="Arial"/>
      <w:b/>
      <w:bCs/>
      <w:color w:val="111111"/>
      <w:sz w:val="32"/>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numPr>
        <w:ilvl w:val="1"/>
        <w:numId w:val="10"/>
      </w:numPr>
    </w:pPr>
    <w:rPr>
      <w:rFonts w:ascii="Arial" w:hAnsi="Arial" w:cs="Arial" w:eastAsia="Arial"/>
      <w:b/>
      <w:bCs/>
      <w:color w:val="111111"/>
      <w:sz w:val="27"/>
      <w:szCs w:val="26"/>
    </w:rPr>
  </w:style>
  <w:style w:type="paragraph" w:styleId="Heading3">
    <w:name w:val="heading 3"/>
    <w:basedOn w:val="Normal"/>
    <w:next w:val="Normal"/>
    <w:link w:val="Heading3Char"/>
    <w:uiPriority w:val="9"/>
    <w:unhideWhenUsed/>
    <w:qFormat/>
    <w:rsid w:val="00FC693F"/>
    <w:pPr>
      <w:keepNext/>
      <w:keepLines/>
      <w:spacing w:before="240" w:after="100"/>
      <w:outlineLvl w:val="2"/>
      <w:numPr>
        <w:ilvl w:val="2"/>
        <w:numId w:val="10"/>
      </w:numPr>
    </w:pPr>
    <w:rPr>
      <w:rFonts w:ascii="Arial" w:hAnsi="Arial" w:cs="Arial" w:eastAsia="Arial"/>
      <w:b/>
      <w:bCs/>
      <w:color w:val="11111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korrektur.de" TargetMode="Externa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Praktikumsbericht: Vorlage mit Deckblatt und Gliederung</dc:title>
  <dc:subject>Geruest mit Inhaltsverzeichnis, Taetigkeitsprotokoll und Reflexion</dc:subject>
  <dc:creator>korrektur.de</dc:creator>
  <cp:keywords>Praktikumsbericht, Vorlage, Muster, Praktikum, Deckblatt, Gliederung, Reflexion, Word</cp:keywords>
  <dc:description>Kostenlose Vorlage von korrektur.de. Aktuelle Fassung: https://korrektur.de/praktikumsbericht-vorlage</dc:description>
  <cp:lastModifiedBy>korrektur.de</cp:lastModifiedBy>
  <cp:revision>1</cp:revision>
  <dcterms:created xsi:type="dcterms:W3CDTF">2013-12-23T23:15:00Z</dcterms:created>
  <dcterms:modified xsi:type="dcterms:W3CDTF">2013-12-23T23:15:00Z</dcterms:modified>
  <cp:category>Vorlage</cp:category>
</cp:coreProperties>
</file>