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440"/>
        <w:pBdr>
          <w:bottom w:val="single" w:sz="18" w:space="10" w:color="00A85A"/>
        </w:pBdr>
      </w:pPr>
      <w:r>
        <w:drawing>
          <wp:inline xmlns:a="http://schemas.openxmlformats.org/drawingml/2006/main" xmlns:pic="http://schemas.openxmlformats.org/drawingml/2006/picture">
            <wp:extent cx="1562100" cy="30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orrektur-wortmarke-vorlagen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30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180" w:line="276" w:lineRule="auto"/>
      </w:pPr>
      <w:r>
        <w:rPr>
          <w:rFonts w:ascii="Arial" w:hAnsi="Arial"/>
          <w:b/>
          <w:i w:val="0"/>
          <w:color w:val="006B46"/>
          <w:sz w:val="17"/>
        </w:rPr>
        <w:t>VORLAGE ZUM FREIEN GEBRAUCH</w:t>
      </w:r>
    </w:p>
    <w:p>
      <w:pPr>
        <w:spacing w:before="0" w:after="280" w:line="252" w:lineRule="auto"/>
      </w:pPr>
      <w:r>
        <w:rPr>
          <w:rFonts w:ascii="Arial" w:hAnsi="Arial"/>
          <w:b/>
          <w:i w:val="0"/>
          <w:color w:val="111111"/>
          <w:sz w:val="38"/>
        </w:rPr>
        <w:t>Wissenschaftliches Poster: Inhaltsplan</w:t>
      </w:r>
    </w:p>
    <w:p>
      <w:pPr>
        <w:spacing w:before="0" w:after="160" w:line="276" w:lineRule="auto"/>
      </w:pPr>
      <w:r>
        <w:rPr>
          <w:rFonts w:ascii="Arial" w:hAnsi="Arial"/>
          <w:b w:val="0"/>
          <w:i w:val="0"/>
          <w:color w:val="111111"/>
          <w:sz w:val="22"/>
        </w:rPr>
        <w:t>Ab Seite 2 steht ein Planungsblatt für dein Poster, kein A0-Layout. Auf DIN A4 legst du fest, was drauf kommt: Titel, sechs Inhaltsabschnitte mit Wortzahl und die Gestaltungsregeln für A0. Die Wortzahl steht direkt im Platzhalter.</w:t>
      </w:r>
    </w:p>
    <w:p>
      <w:pPr>
        <w:spacing w:before="280" w:after="120" w:line="276" w:lineRule="auto"/>
      </w:pPr>
      <w:r>
        <w:rPr>
          <w:rFonts w:ascii="Arial" w:hAnsi="Arial"/>
          <w:b/>
          <w:i w:val="0"/>
          <w:color w:val="111111"/>
          <w:sz w:val="24"/>
        </w:rPr>
        <w:t>So arbeitest du damit</w:t>
      </w:r>
    </w:p>
    <w:p>
      <w:pPr>
        <w:spacing w:before="0" w:after="80" w:line="276" w:lineRule="auto"/>
        <w:ind w:left="425" w:hanging="425"/>
      </w:pPr>
      <w:r>
        <w:rPr>
          <w:rFonts w:ascii="Arial" w:hAnsi="Arial"/>
          <w:b/>
          <w:color w:val="006B46"/>
        </w:rPr>
        <w:t xml:space="preserve">1.  </w:t>
      </w:r>
      <w:r>
        <w:rPr>
          <w:rFonts w:ascii="Arial" w:hAnsi="Arial"/>
          <w:sz w:val="22"/>
        </w:rPr>
        <w:t>Lösche diese Seite. Sie gehört nicht in die Ausgabe.</w:t>
      </w:r>
    </w:p>
    <w:p>
      <w:pPr>
        <w:spacing w:before="0" w:after="80" w:line="276" w:lineRule="auto"/>
        <w:ind w:left="425" w:hanging="425"/>
      </w:pPr>
      <w:r>
        <w:rPr>
          <w:rFonts w:ascii="Arial" w:hAnsi="Arial"/>
          <w:b/>
          <w:color w:val="006B46"/>
        </w:rPr>
        <w:t xml:space="preserve">2.  </w:t>
      </w:r>
      <w:r>
        <w:rPr>
          <w:rFonts w:ascii="Arial" w:hAnsi="Arial"/>
          <w:sz w:val="22"/>
        </w:rPr>
        <w:t>Fülle zuerst Seite 2 aus. Erst wenn Inhalt und Wortzahl stehen, übertrage die Texte in dein Layoutprogramm für A0.</w:t>
      </w:r>
    </w:p>
    <w:p>
      <w:pPr>
        <w:spacing w:before="0" w:after="80" w:line="276" w:lineRule="auto"/>
        <w:ind w:left="425" w:hanging="425"/>
      </w:pPr>
      <w:r>
        <w:rPr>
          <w:rFonts w:ascii="Arial" w:hAnsi="Arial"/>
          <w:b/>
          <w:color w:val="006B46"/>
        </w:rPr>
        <w:t xml:space="preserve">3.  </w:t>
      </w:r>
      <w:r>
        <w:rPr>
          <w:rFonts w:ascii="Arial" w:hAnsi="Arial"/>
          <w:sz w:val="22"/>
        </w:rPr>
        <w:t>Halte die Wortzahlen in den Klammern ein. Ein Poster, das man aus zwei Metern lesen soll, verträgt keinen Fließtext.</w:t>
      </w:r>
    </w:p>
    <w:p>
      <w:pPr>
        <w:spacing w:before="0" w:after="80" w:line="276" w:lineRule="auto"/>
        <w:ind w:left="425" w:hanging="425"/>
      </w:pPr>
      <w:r>
        <w:rPr>
          <w:rFonts w:ascii="Arial" w:hAnsi="Arial"/>
          <w:b/>
          <w:color w:val="006B46"/>
        </w:rPr>
        <w:t xml:space="preserve">4.  </w:t>
      </w:r>
      <w:r>
        <w:rPr>
          <w:rFonts w:ascii="Arial" w:hAnsi="Arial"/>
          <w:sz w:val="22"/>
        </w:rPr>
        <w:t>Nenne bei jedem Ergebnis die Abbildung, die es zeigt. Das erspart der Betreuung eine Rückfrage.</w:t>
      </w:r>
    </w:p>
    <w:p>
      <w:pPr>
        <w:spacing w:before="0" w:after="80" w:line="276" w:lineRule="auto"/>
        <w:ind w:left="425" w:hanging="425"/>
      </w:pPr>
      <w:r>
        <w:rPr>
          <w:rFonts w:ascii="Arial" w:hAnsi="Arial"/>
          <w:b/>
          <w:color w:val="006B46"/>
        </w:rPr>
        <w:t xml:space="preserve">5.  </w:t>
      </w:r>
      <w:r>
        <w:rPr>
          <w:rFonts w:ascii="Arial" w:hAnsi="Arial"/>
          <w:sz w:val="22"/>
        </w:rPr>
        <w:t>Druck das fertige Layout einmal auf A4 aus, bevor es auf A0 geht.</w:t>
      </w:r>
    </w:p>
    <w:p>
      <w:pPr>
        <w:spacing w:before="280" w:after="120" w:line="276" w:lineRule="auto"/>
      </w:pPr>
      <w:r>
        <w:rPr>
          <w:rFonts w:ascii="Arial" w:hAnsi="Arial"/>
          <w:b/>
          <w:i w:val="0"/>
          <w:color w:val="111111"/>
          <w:sz w:val="24"/>
        </w:rPr>
        <w:t>Was in der Korrektur an Postern auffällt</w:t>
      </w:r>
    </w:p>
    <w:p>
      <w:pPr>
        <w:spacing w:before="0" w:after="8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Zu viel Text: ein Poster ist kein Aufsatz auf großem Papier.</w:t>
      </w:r>
    </w:p>
    <w:p>
      <w:pPr>
        <w:spacing w:before="0" w:after="8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Ergebnisse ohne Zahl, nur Formulierungen wie „deutlich höher“.</w:t>
      </w:r>
    </w:p>
    <w:p>
      <w:pPr>
        <w:spacing w:before="0" w:after="8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Abbildungen ohne Achsenbeschriftung, unlesbar ohne den Vortrag dazu.</w:t>
      </w:r>
    </w:p>
    <w:p>
      <w:pPr>
        <w:spacing w:before="0" w:after="8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Schrift zu klein für den Leseabstand von zwei Metern.</w:t>
      </w:r>
    </w:p>
    <w:p>
      <w:pPr>
        <w:spacing w:before="0" w:after="8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Das Logo der Hochschule ist größer als der wichtigste Inhalt.</w:t>
      </w:r>
    </w:p>
    <w:p>
      <w:pPr>
        <w:spacing w:before="0" w:after="8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Quellen fehlen ganz, obwohl Zahlen und Zitate im Text stehen.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9638"/>
      </w:tblGrid>
      <w:tr>
        <w:tc>
          <w:tcPr>
            <w:tcW w:type="dxa" w:w="9638"/>
            <w:shd w:val="clear" w:color="auto" w:fill="F2F8F4"/>
            <w:tcBorders>
              <w:left w:val="single" w:sz="24" w:space="0" w:color="00A85A"/>
            </w:tcBorders>
          </w:tcPr>
          <w:p>
            <w:pPr>
              <w:spacing w:before="120" w:after="60"/>
            </w:pPr>
            <w:r>
              <w:rPr>
                <w:rFonts w:ascii="Arial" w:hAnsi="Arial"/>
                <w:b/>
                <w:color w:val="006B46"/>
                <w:sz w:val="21"/>
              </w:rPr>
              <w:t>Bevor es auf A0 geht</w:t>
            </w:r>
          </w:p>
          <w:p>
            <w:pPr>
              <w:spacing w:after="40"/>
            </w:pPr>
            <w:r>
              <w:rPr>
                <w:rFonts w:ascii="Arial" w:hAnsi="Arial"/>
                <w:color w:val="111111"/>
                <w:sz w:val="20"/>
              </w:rPr>
              <w:t>Wortzahl in jedem Abschnitt eingehalten</w:t>
            </w:r>
          </w:p>
          <w:p>
            <w:pPr>
              <w:spacing w:after="40"/>
            </w:pPr>
            <w:r>
              <w:rPr>
                <w:rFonts w:ascii="Arial" w:hAnsi="Arial"/>
                <w:color w:val="111111"/>
                <w:sz w:val="20"/>
              </w:rPr>
              <w:t>Jede Abbildung mit Achsenbeschriftung und Unterschrift</w:t>
            </w:r>
          </w:p>
          <w:p>
            <w:pPr>
              <w:spacing w:after="40"/>
            </w:pPr>
            <w:r>
              <w:rPr>
                <w:rFonts w:ascii="Arial" w:hAnsi="Arial"/>
                <w:color w:val="111111"/>
                <w:sz w:val="20"/>
              </w:rPr>
              <w:t>Schriftgrößen aus der Tabelle übernommen</w:t>
            </w:r>
          </w:p>
          <w:p>
            <w:pPr>
              <w:spacing w:after="160"/>
            </w:pPr>
            <w:r>
              <w:rPr>
                <w:rFonts w:ascii="Arial" w:hAnsi="Arial"/>
                <w:color w:val="111111"/>
                <w:sz w:val="20"/>
              </w:rPr>
              <w:t>Kontakt und Quellen ausgefüllt</w:t>
            </w:r>
          </w:p>
        </w:tc>
      </w:tr>
    </w:tbl>
    <w:p>
      <w:pPr>
        <w:spacing w:before="0" w:after="180" w:line="20" w:lineRule="exact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9638"/>
      </w:tblGrid>
      <w:tr>
        <w:tc>
          <w:tcPr>
            <w:tcW w:type="dxa" w:w="9638"/>
            <w:shd w:val="clear" w:color="auto" w:fill="F2F8F4"/>
            <w:tcBorders>
              <w:left w:val="single" w:sz="24" w:space="0" w:color="00A85A"/>
            </w:tcBorders>
          </w:tcPr>
          <w:p>
            <w:pPr>
              <w:spacing w:before="120" w:after="60"/>
            </w:pPr>
            <w:r>
              <w:rPr>
                <w:rFonts w:ascii="Arial" w:hAnsi="Arial"/>
                <w:b/>
                <w:color w:val="111111"/>
                <w:sz w:val="22"/>
              </w:rPr>
              <w:t>Text vor dem Druck prüfen lassen</w:t>
            </w:r>
          </w:p>
          <w:p>
            <w:pPr>
              <w:spacing w:after="120"/>
            </w:pPr>
            <w:r>
              <w:rPr>
                <w:rFonts w:ascii="Arial" w:hAnsi="Arial"/>
                <w:sz w:val="20"/>
              </w:rPr>
              <w:t xml:space="preserve">Einen Fehler auf A0 sieht jeder aus zwei Metern Entfernung. Wir lesen deinen Postertext gegen: </w:t>
            </w:r>
            <w:hyperlink r:id="rId11">
              <w:r>
                <w:rPr>
                  <w:rFonts w:ascii="Arial" w:hAnsi="Arial"/>
                  <w:color w:val="006B46"/>
                  <w:b/>
                  <w:u w:val="single"/>
                </w:rPr>
                <w:t>korrektur.de</w:t>
              </w:r>
            </w:hyperlink>
          </w:p>
        </w:tc>
      </w:tr>
    </w:tbl>
    <w:p>
      <w:pPr>
        <w:spacing w:before="40" w:after="80" w:line="276" w:lineRule="auto"/>
      </w:pPr>
      <w:r>
        <w:rPr>
          <w:rFonts w:ascii="Arial" w:hAnsi="Arial"/>
          <w:b w:val="0"/>
          <w:i w:val="0"/>
          <w:color w:val="555555"/>
          <w:sz w:val="18"/>
        </w:rPr>
        <w:t>Diese Vorlage darfst du frei nutzen, anpassen und weitergeben. Erstellt von korrektur.de. Stand: September 2026.</w:t>
      </w:r>
    </w:p>
    <w:p>
      <w:pPr>
        <w:sectPr>
          <w:footerReference w:type="default" r:id="rId9"/>
          <w:pgSz w:w="11906" w:h="16838"/>
          <w:pgMar w:top="1020" w:right="1134" w:bottom="1020" w:left="1134" w:header="720" w:footer="720" w:gutter="0"/>
          <w:cols w:space="720"/>
          <w:docGrid w:linePitch="360"/>
          <w:pgNumType w:fmt="decimal" w:start="1"/>
        </w:sectPr>
      </w:pPr>
    </w:p>
    <w:p>
      <w:pPr>
        <w:spacing w:before="0" w:after="200" w:line="276" w:lineRule="auto"/>
      </w:pPr>
      <w:r>
        <w:rPr>
          <w:rFonts w:ascii="Arial" w:hAnsi="Arial"/>
          <w:b/>
          <w:i w:val="0"/>
          <w:color w:val="111111"/>
          <w:sz w:val="32"/>
        </w:rPr>
        <w:t>Wissenschaftliches Poster: Inhaltsplan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Layout w:type="fixed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2494"/>
        <w:gridCol w:w="6861"/>
      </w:tblGrid>
      <w:tr>
        <w:tc>
          <w:tcPr>
            <w:tcW w:type="dxa" w:w="2494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color w:val="555555"/>
                <w:sz w:val="21"/>
              </w:rPr>
              <w:t>Titel des Posters</w:t>
            </w:r>
          </w:p>
        </w:tc>
        <w:tc>
          <w:tcPr>
            <w:tcW w:type="dxa" w:w="6861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b w:val="0"/>
                <w:color w:val="111111"/>
                <w:sz w:val="22"/>
              </w:rPr>
              <w:t>[Titel des Posters, wörtlich wie im Antrag]</w:t>
            </w:r>
          </w:p>
        </w:tc>
      </w:tr>
      <w:tr>
        <w:tc>
          <w:tcPr>
            <w:tcW w:type="dxa" w:w="2494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color w:val="555555"/>
                <w:sz w:val="21"/>
              </w:rPr>
              <w:t>Verfasserin</w:t>
            </w:r>
          </w:p>
        </w:tc>
        <w:tc>
          <w:tcPr>
            <w:tcW w:type="dxa" w:w="6861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b w:val="0"/>
                <w:color w:val="111111"/>
                <w:sz w:val="22"/>
              </w:rPr>
              <w:t>[Vorname Nachname], [Hochschule oder Institut]</w:t>
            </w:r>
          </w:p>
        </w:tc>
      </w:tr>
      <w:tr>
        <w:tc>
          <w:tcPr>
            <w:tcW w:type="dxa" w:w="2494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color w:val="555555"/>
                <w:sz w:val="21"/>
              </w:rPr>
              <w:t>Betreuung</w:t>
            </w:r>
          </w:p>
        </w:tc>
        <w:tc>
          <w:tcPr>
            <w:tcW w:type="dxa" w:w="6861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b w:val="0"/>
                <w:color w:val="111111"/>
                <w:sz w:val="22"/>
              </w:rPr>
              <w:t>[Titel Vorname Nachname]</w:t>
            </w:r>
          </w:p>
        </w:tc>
      </w:tr>
      <w:tr>
        <w:tc>
          <w:tcPr>
            <w:tcW w:type="dxa" w:w="2494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color w:val="555555"/>
                <w:sz w:val="21"/>
              </w:rPr>
              <w:t>Anlass</w:t>
            </w:r>
          </w:p>
        </w:tc>
        <w:tc>
          <w:tcPr>
            <w:tcW w:type="dxa" w:w="6861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b w:val="0"/>
                <w:color w:val="111111"/>
                <w:sz w:val="22"/>
              </w:rPr>
              <w:t>[Postersession, Kolloquium oder Konferenz], [Name der Veranstaltung]</w:t>
            </w:r>
          </w:p>
        </w:tc>
      </w:tr>
      <w:tr>
        <w:tc>
          <w:tcPr>
            <w:tcW w:type="dxa" w:w="2494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color w:val="555555"/>
                <w:sz w:val="21"/>
              </w:rPr>
              <w:t>Format</w:t>
            </w:r>
          </w:p>
        </w:tc>
        <w:tc>
          <w:tcPr>
            <w:tcW w:type="dxa" w:w="6861"/>
            <w:tcMar>
              <w:left w:w="0" w:type="dxa"/>
              <w:right w:w="170" w:type="dxa"/>
            </w:tcMar>
          </w:tcPr>
          <w:p>
            <w:pPr>
              <w:spacing w:after="80"/>
            </w:pPr>
            <w:r>
              <w:rPr>
                <w:rFonts w:ascii="Arial" w:hAnsi="Arial"/>
                <w:b w:val="0"/>
                <w:color w:val="111111"/>
                <w:sz w:val="22"/>
              </w:rPr>
              <w:t>A0 hoch (84,1 x 118,9 cm)</w:t>
            </w:r>
          </w:p>
        </w:tc>
      </w:tr>
    </w:tbl>
    <w:p>
      <w:pPr>
        <w:spacing w:before="0" w:after="0" w:line="276" w:lineRule="auto"/>
      </w:pPr>
    </w:p>
    <w:p>
      <w:pPr>
        <w:pStyle w:val="Heading1"/>
      </w:pPr>
      <w:r>
        <w:t>Titel</w:t>
      </w:r>
    </w:p>
    <w:p>
      <w:pPr>
        <w:spacing w:before="0" w:after="200" w:line="360" w:lineRule="auto"/>
      </w:pPr>
      <w:r>
        <w:rPr>
          <w:rFonts w:ascii="Arial" w:hAnsi="Arial"/>
          <w:b w:val="0"/>
          <w:i/>
          <w:color w:val="555555"/>
          <w:sz w:val="22"/>
        </w:rPr>
        <w:t>[Kurzer, verständlicher Titel des Posters. Maximal 15 Wörter, ohne Fachjargon.]</w:t>
      </w:r>
    </w:p>
    <w:p>
      <w:pPr>
        <w:pStyle w:val="Heading1"/>
      </w:pPr>
      <w:r>
        <w:t>Einleitung und Fragestellung</w:t>
      </w:r>
    </w:p>
    <w:p>
      <w:pPr>
        <w:spacing w:before="0" w:after="200" w:line="360" w:lineRule="auto"/>
      </w:pPr>
      <w:r>
        <w:rPr>
          <w:rFonts w:ascii="Arial" w:hAnsi="Arial"/>
          <w:b w:val="0"/>
          <w:i/>
          <w:color w:val="555555"/>
          <w:sz w:val="22"/>
        </w:rPr>
        <w:t>[Worum geht es, und welche Frage beantwortet das Poster? Maximal 80 Wörter.]</w:t>
      </w:r>
    </w:p>
    <w:p>
      <w:pPr>
        <w:pStyle w:val="Heading1"/>
      </w:pPr>
      <w:r>
        <w:t>Methode</w:t>
      </w:r>
    </w:p>
    <w:p>
      <w:pPr>
        <w:spacing w:before="0" w:after="200" w:line="360" w:lineRule="auto"/>
      </w:pPr>
      <w:r>
        <w:rPr>
          <w:rFonts w:ascii="Arial" w:hAnsi="Arial"/>
          <w:b w:val="0"/>
          <w:i/>
          <w:color w:val="555555"/>
          <w:sz w:val="22"/>
        </w:rPr>
        <w:t>[Wie wurde vorgegangen: Daten, Verfahren, Stichprobe. Maximal 80 Wörter.]</w:t>
      </w:r>
    </w:p>
    <w:p>
      <w:pPr>
        <w:pStyle w:val="Heading1"/>
      </w:pPr>
      <w:r>
        <w:t>Ergebnisse</w:t>
      </w:r>
    </w:p>
    <w:p>
      <w:pPr>
        <w:spacing w:before="0" w:after="200" w:line="360" w:lineRule="auto"/>
      </w:pPr>
      <w:r>
        <w:rPr>
          <w:rFonts w:ascii="Arial" w:hAnsi="Arial"/>
          <w:b w:val="0"/>
          <w:i/>
          <w:color w:val="555555"/>
          <w:sz w:val="22"/>
        </w:rPr>
        <w:t>[Die zentralen Ergebnisse mit Zahl. Nenne bei jedem Ergebnis, welche Abbildung oder Tabelle es zeigt. Maximal 120 Wörter.]</w:t>
      </w:r>
    </w:p>
    <w:p>
      <w:pPr>
        <w:pStyle w:val="Heading1"/>
      </w:pPr>
      <w:r>
        <w:t>Fazit</w:t>
      </w:r>
    </w:p>
    <w:p>
      <w:pPr>
        <w:spacing w:before="0" w:after="200" w:line="360" w:lineRule="auto"/>
      </w:pPr>
      <w:r>
        <w:rPr>
          <w:rFonts w:ascii="Arial" w:hAnsi="Arial"/>
          <w:b w:val="0"/>
          <w:i/>
          <w:color w:val="555555"/>
          <w:sz w:val="22"/>
        </w:rPr>
        <w:t>[Was folgt aus den Ergebnissen, für die Praxis oder die weitere Forschung? Maximal 60 Wörter.]</w:t>
      </w:r>
    </w:p>
    <w:p>
      <w:pPr>
        <w:pStyle w:val="Heading1"/>
      </w:pPr>
      <w:r>
        <w:t>Kontakt und Quellen</w:t>
      </w:r>
    </w:p>
    <w:p>
      <w:pPr>
        <w:spacing w:before="0" w:after="200" w:line="360" w:lineRule="auto"/>
      </w:pPr>
      <w:r>
        <w:rPr>
          <w:rFonts w:ascii="Arial" w:hAnsi="Arial"/>
          <w:b w:val="0"/>
          <w:i/>
          <w:color w:val="555555"/>
          <w:sz w:val="22"/>
        </w:rPr>
        <w:t>[Name, E-Mail-Adresse, Institut. Darunter drei bis fünf Quellen im Zitierstil deines Fachs.]</w:t>
      </w:r>
    </w:p>
    <w:p>
      <w:r>
        <w:br w:type="page"/>
      </w:r>
    </w:p>
    <w:p>
      <w:pPr>
        <w:spacing w:before="0" w:after="200" w:line="276" w:lineRule="auto"/>
      </w:pPr>
      <w:r>
        <w:rPr>
          <w:rFonts w:ascii="Arial" w:hAnsi="Arial"/>
          <w:b/>
          <w:i w:val="0"/>
          <w:color w:val="111111"/>
          <w:sz w:val="32"/>
        </w:rPr>
        <w:t>Aufbau und Gestaltung</w:t>
      </w:r>
    </w:p>
    <w:p>
      <w:pPr>
        <w:keepNext/>
        <w:spacing w:before="260" w:after="80" w:line="276" w:lineRule="auto"/>
        <w:pBdr>
          <w:bottom w:val="single" w:sz="6" w:space="4" w:color="AAAAAA"/>
        </w:pBdr>
      </w:pPr>
      <w:r>
        <w:rPr>
          <w:rFonts w:ascii="Arial" w:hAnsi="Arial"/>
          <w:b/>
          <w:i w:val="0"/>
          <w:color w:val="111111"/>
          <w:sz w:val="21"/>
        </w:rPr>
        <w:t>RASTER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Drei Spalten, keine breiteren Textblöcke.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Lesereihenfolge von oben links nach unten rechts.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Kopfzeile über die volle Breite mit Titel und Namen.</w:t>
      </w:r>
    </w:p>
    <w:p>
      <w:pPr>
        <w:keepNext/>
        <w:spacing w:before="260" w:after="80" w:line="276" w:lineRule="auto"/>
        <w:pBdr>
          <w:bottom w:val="single" w:sz="6" w:space="4" w:color="AAAAAA"/>
        </w:pBdr>
      </w:pPr>
      <w:r>
        <w:rPr>
          <w:rFonts w:ascii="Arial" w:hAnsi="Arial"/>
          <w:b/>
          <w:i w:val="0"/>
          <w:color w:val="111111"/>
          <w:sz w:val="21"/>
        </w:rPr>
        <w:t>SCHRIFTGRÖSSEN FÜR A0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Layout w:type="fixed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2494"/>
        <w:gridCol w:w="6861"/>
      </w:tblGrid>
      <w:tr>
        <w:tc>
          <w:tcPr>
            <w:tcW w:type="dxa" w:w="2494"/>
            <w:tcMar>
              <w:left w:w="0" w:type="dxa"/>
              <w:right w:w="170" w:type="dxa"/>
            </w:tcMar>
          </w:tcPr>
          <w:p>
            <w:pPr>
              <w:spacing w:after="60"/>
            </w:pPr>
            <w:r>
              <w:rPr>
                <w:rFonts w:ascii="Arial" w:hAnsi="Arial"/>
                <w:color w:val="555555"/>
                <w:sz w:val="21"/>
              </w:rPr>
              <w:t>Titel</w:t>
            </w:r>
          </w:p>
        </w:tc>
        <w:tc>
          <w:tcPr>
            <w:tcW w:type="dxa" w:w="6861"/>
            <w:tcMar>
              <w:left w:w="0" w:type="dxa"/>
              <w:right w:w="170" w:type="dxa"/>
            </w:tcMar>
          </w:tcPr>
          <w:p>
            <w:pPr>
              <w:spacing w:after="60"/>
            </w:pPr>
            <w:r>
              <w:rPr>
                <w:rFonts w:ascii="Arial" w:hAnsi="Arial"/>
                <w:b w:val="0"/>
                <w:color w:val="111111"/>
                <w:sz w:val="22"/>
              </w:rPr>
              <w:t>85 bis 100 pt</w:t>
            </w:r>
          </w:p>
        </w:tc>
      </w:tr>
      <w:tr>
        <w:tc>
          <w:tcPr>
            <w:tcW w:type="dxa" w:w="2494"/>
            <w:tcMar>
              <w:left w:w="0" w:type="dxa"/>
              <w:right w:w="170" w:type="dxa"/>
            </w:tcMar>
          </w:tcPr>
          <w:p>
            <w:pPr>
              <w:spacing w:after="60"/>
            </w:pPr>
            <w:r>
              <w:rPr>
                <w:rFonts w:ascii="Arial" w:hAnsi="Arial"/>
                <w:color w:val="555555"/>
                <w:sz w:val="21"/>
              </w:rPr>
              <w:t>Überschriften</w:t>
            </w:r>
          </w:p>
        </w:tc>
        <w:tc>
          <w:tcPr>
            <w:tcW w:type="dxa" w:w="6861"/>
            <w:tcMar>
              <w:left w:w="0" w:type="dxa"/>
              <w:right w:w="170" w:type="dxa"/>
            </w:tcMar>
          </w:tcPr>
          <w:p>
            <w:pPr>
              <w:spacing w:after="60"/>
            </w:pPr>
            <w:r>
              <w:rPr>
                <w:rFonts w:ascii="Arial" w:hAnsi="Arial"/>
                <w:b w:val="0"/>
                <w:color w:val="111111"/>
                <w:sz w:val="22"/>
              </w:rPr>
              <w:t>48 bis 60 pt</w:t>
            </w:r>
          </w:p>
        </w:tc>
      </w:tr>
      <w:tr>
        <w:tc>
          <w:tcPr>
            <w:tcW w:type="dxa" w:w="2494"/>
            <w:tcMar>
              <w:left w:w="0" w:type="dxa"/>
              <w:right w:w="170" w:type="dxa"/>
            </w:tcMar>
          </w:tcPr>
          <w:p>
            <w:pPr>
              <w:spacing w:after="60"/>
            </w:pPr>
            <w:r>
              <w:rPr>
                <w:rFonts w:ascii="Arial" w:hAnsi="Arial"/>
                <w:color w:val="555555"/>
                <w:sz w:val="21"/>
              </w:rPr>
              <w:t>Fließtext</w:t>
            </w:r>
          </w:p>
        </w:tc>
        <w:tc>
          <w:tcPr>
            <w:tcW w:type="dxa" w:w="6861"/>
            <w:tcMar>
              <w:left w:w="0" w:type="dxa"/>
              <w:right w:w="170" w:type="dxa"/>
            </w:tcMar>
          </w:tcPr>
          <w:p>
            <w:pPr>
              <w:spacing w:after="60"/>
            </w:pPr>
            <w:r>
              <w:rPr>
                <w:rFonts w:ascii="Arial" w:hAnsi="Arial"/>
                <w:b w:val="0"/>
                <w:color w:val="111111"/>
                <w:sz w:val="22"/>
              </w:rPr>
              <w:t>24 bis 32 pt</w:t>
            </w:r>
          </w:p>
        </w:tc>
      </w:tr>
      <w:tr>
        <w:tc>
          <w:tcPr>
            <w:tcW w:type="dxa" w:w="2494"/>
            <w:tcMar>
              <w:left w:w="0" w:type="dxa"/>
              <w:right w:w="170" w:type="dxa"/>
            </w:tcMar>
          </w:tcPr>
          <w:p>
            <w:pPr>
              <w:spacing w:after="60"/>
            </w:pPr>
            <w:r>
              <w:rPr>
                <w:rFonts w:ascii="Arial" w:hAnsi="Arial"/>
                <w:color w:val="555555"/>
                <w:sz w:val="21"/>
              </w:rPr>
              <w:t>Bildunterschriften</w:t>
            </w:r>
          </w:p>
        </w:tc>
        <w:tc>
          <w:tcPr>
            <w:tcW w:type="dxa" w:w="6861"/>
            <w:tcMar>
              <w:left w:w="0" w:type="dxa"/>
              <w:right w:w="170" w:type="dxa"/>
            </w:tcMar>
          </w:tcPr>
          <w:p>
            <w:pPr>
              <w:spacing w:after="60"/>
            </w:pPr>
            <w:r>
              <w:rPr>
                <w:rFonts w:ascii="Arial" w:hAnsi="Arial"/>
                <w:b w:val="0"/>
                <w:color w:val="111111"/>
                <w:sz w:val="22"/>
              </w:rPr>
              <w:t>20 bis 24 pt</w:t>
            </w:r>
          </w:p>
        </w:tc>
      </w:tr>
      <w:tr>
        <w:tc>
          <w:tcPr>
            <w:tcW w:type="dxa" w:w="2494"/>
            <w:tcMar>
              <w:left w:w="0" w:type="dxa"/>
              <w:right w:w="170" w:type="dxa"/>
            </w:tcMar>
          </w:tcPr>
          <w:p>
            <w:pPr>
              <w:spacing w:after="60"/>
            </w:pPr>
            <w:r>
              <w:rPr>
                <w:rFonts w:ascii="Arial" w:hAnsi="Arial"/>
                <w:color w:val="555555"/>
                <w:sz w:val="21"/>
              </w:rPr>
              <w:t>Quellen</w:t>
            </w:r>
          </w:p>
        </w:tc>
        <w:tc>
          <w:tcPr>
            <w:tcW w:type="dxa" w:w="6861"/>
            <w:tcMar>
              <w:left w:w="0" w:type="dxa"/>
              <w:right w:w="170" w:type="dxa"/>
            </w:tcMar>
          </w:tcPr>
          <w:p>
            <w:pPr>
              <w:spacing w:after="60"/>
            </w:pPr>
            <w:r>
              <w:rPr>
                <w:rFonts w:ascii="Arial" w:hAnsi="Arial"/>
                <w:b w:val="0"/>
                <w:color w:val="111111"/>
                <w:sz w:val="22"/>
              </w:rPr>
              <w:t>18 pt</w:t>
            </w:r>
          </w:p>
        </w:tc>
      </w:tr>
    </w:tbl>
    <w:p>
      <w:pPr>
        <w:spacing w:before="0" w:after="0" w:line="276" w:lineRule="auto"/>
      </w:pPr>
    </w:p>
    <w:p>
      <w:pPr>
        <w:keepNext/>
        <w:spacing w:before="260" w:after="80" w:line="276" w:lineRule="auto"/>
        <w:pBdr>
          <w:bottom w:val="single" w:sz="6" w:space="4" w:color="AAAAAA"/>
        </w:pBdr>
      </w:pPr>
      <w:r>
        <w:rPr>
          <w:rFonts w:ascii="Arial" w:hAnsi="Arial"/>
          <w:b/>
          <w:i w:val="0"/>
          <w:color w:val="111111"/>
          <w:sz w:val="21"/>
        </w:rPr>
        <w:t>ABBILDUNGEN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Auflösung mindestens 150 dpi bei A0.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Eine Kernabbildung groß und zentral platzieren.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Jede Abbildung bekommt eine Unterschrift.</w:t>
      </w:r>
    </w:p>
    <w:p>
      <w:pPr>
        <w:keepNext/>
        <w:spacing w:before="260" w:after="80" w:line="276" w:lineRule="auto"/>
        <w:pBdr>
          <w:bottom w:val="single" w:sz="6" w:space="4" w:color="AAAAAA"/>
        </w:pBdr>
      </w:pPr>
      <w:r>
        <w:rPr>
          <w:rFonts w:ascii="Arial" w:hAnsi="Arial"/>
          <w:b/>
          <w:i w:val="0"/>
          <w:color w:val="111111"/>
          <w:sz w:val="21"/>
        </w:rPr>
        <w:t>VOR DEM DRUCK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Probedruck auf A4 und aus 2 Metern Abstand lesen.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PDF mit eingebetteten Schriften exportieren.</w:t>
      </w:r>
    </w:p>
    <w:p>
      <w:pPr>
        <w:spacing w:before="0" w:after="60" w:line="276" w:lineRule="auto"/>
        <w:ind w:left="340" w:hanging="340"/>
      </w:pPr>
      <w:r>
        <w:rPr>
          <w:color w:val="00A85A"/>
        </w:rPr>
        <w:t xml:space="preserve">▪  </w:t>
      </w:r>
      <w:r>
        <w:rPr>
          <w:rFonts w:ascii="Arial" w:hAnsi="Arial"/>
          <w:sz w:val="22"/>
        </w:rPr>
        <w:t>Beschnittzugabe beim Druckdienst einplanen.</w:t>
      </w:r>
    </w:p>
    <w:sectPr w:rsidR="00FC693F" w:rsidRPr="0006063C" w:rsidSect="00034616">
      <w:footerReference w:type="default" r:id="rId12"/>
      <w:pgSz w:w="11906" w:h="16838"/>
      <w:pgMar w:top="1247" w:right="1134" w:bottom="1134" w:left="1417" w:header="720" w:footer="720" w:gutter="0"/>
      <w:cols w:space="720"/>
      <w:docGrid w:linePitch="360"/>
      <w:pgNumType w:fmt="decimal"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Arial" w:hAnsi="Arial" w:cs="Arial" w:eastAsia="Arial"/>
      <w:color w:val="111111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="Arial" w:hAnsi="Arial" w:cs="Arial" w:eastAsia="Arial"/>
      <w:b/>
      <w:bCs/>
      <w:color w:val="11111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20"/>
      <w:outlineLvl w:val="1"/>
    </w:pPr>
    <w:rPr>
      <w:rFonts w:ascii="Arial" w:hAnsi="Arial" w:cs="Arial" w:eastAsia="Arial"/>
      <w:b/>
      <w:bCs/>
      <w:color w:val="111111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="Arial" w:hAnsi="Arial" w:cs="Arial" w:eastAsia="Arial"/>
      <w:b/>
      <w:bCs/>
      <w:color w:val="11111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korrektur.de" TargetMode="Externa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Wissenschaftliches Poster: Inhaltsplan fuer Postersession und Kolloquium</dc:title>
  <dc:subject>Planungsblatt mit Wortzahlen und Schriftgroessen fuer A0</dc:subject>
  <dc:creator>korrektur.de</dc:creator>
  <cp:keywords>Poster, wissenschaftliches Poster, Vorlage, Muster, Postersession, Konferenz, Kolloquium, A0</cp:keywords>
  <dc:description>Kostenlose Vorlage von korrektur.de. Aktuelle Fassung: https://korrektur.de/wissenschaftliches-poster-vorlage</dc:description>
  <cp:lastModifiedBy>korrektur.de</cp:lastModifiedBy>
  <cp:revision>1</cp:revision>
  <dcterms:created xsi:type="dcterms:W3CDTF">2013-12-23T23:15:00Z</dcterms:created>
  <dcterms:modified xsi:type="dcterms:W3CDTF">2013-12-23T23:15:00Z</dcterms:modified>
  <cp:category>Vorlage</cp:category>
</cp:coreProperties>
</file>