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0"/>
        <w:pBdr>
          <w:bottom w:val="single" w:sz="18" w:space="4" w:color="00A85A"/>
        </w:pBdr>
      </w:pPr>
      <w:r>
        <w:drawing>
          <wp:inline xmlns:a="http://schemas.openxmlformats.org/drawingml/2006/main" xmlns:pic="http://schemas.openxmlformats.org/drawingml/2006/picture">
            <wp:extent cx="1333500" cy="2667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rektur-wortmarke-vorlag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100" w:line="276" w:lineRule="auto"/>
      </w:pPr>
      <w:r>
        <w:rPr>
          <w:rFonts w:ascii="Arial" w:hAnsi="Arial"/>
          <w:b/>
          <w:i w:val="0"/>
          <w:color w:val="006B46"/>
          <w:sz w:val="17"/>
        </w:rPr>
        <w:t>VORLAGE ZUM FREIEN GEBRAUCH</w:t>
      </w:r>
    </w:p>
    <w:p>
      <w:pPr>
        <w:spacing w:before="0" w:after="180" w:line="252" w:lineRule="auto"/>
      </w:pPr>
      <w:r>
        <w:rPr>
          <w:rFonts w:ascii="Arial" w:hAnsi="Arial"/>
          <w:b/>
          <w:i w:val="0"/>
          <w:color w:val="111111"/>
          <w:sz w:val="38"/>
        </w:rPr>
        <w:t>Motivationsschreiben für die Bewerbung um einen Studienplatz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Auf der nächsten Seite steht ein vollständiges Motivationsschreiben mit allen Bausteinen, die eine Auswahlkommission erwartet. Alles, was du ersetzen musst, steht in eckigen Klammern.</w:t>
      </w:r>
    </w:p>
    <w:p>
      <w:pPr>
        <w:spacing w:before="200" w:after="60" w:line="276" w:lineRule="auto"/>
      </w:pPr>
      <w:r>
        <w:rPr>
          <w:rFonts w:ascii="Arial" w:hAnsi="Arial"/>
          <w:b/>
          <w:i w:val="0"/>
          <w:color w:val="111111"/>
          <w:sz w:val="24"/>
        </w:rPr>
        <w:t>So arbeitest du mit der Vorlage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1.  </w:t>
      </w:r>
      <w:r>
        <w:rPr>
          <w:rFonts w:ascii="Arial" w:hAnsi="Arial"/>
          <w:sz w:val="22"/>
        </w:rPr>
        <w:t>Lösche diese Anleitungsseite, sobald du fertig bist. Sie gehört nicht in die Bewerbung.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2.  </w:t>
      </w:r>
      <w:r>
        <w:rPr>
          <w:rFonts w:ascii="Arial" w:hAnsi="Arial"/>
          <w:sz w:val="22"/>
        </w:rPr>
        <w:t>Drücke Strg und F und suche nach der eckigen Klammer. So findest du jede Stelle, die noch offen ist, und übersiehst keine.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3.  </w:t>
      </w:r>
      <w:r>
        <w:rPr>
          <w:rFonts w:ascii="Arial" w:hAnsi="Arial"/>
          <w:sz w:val="22"/>
        </w:rPr>
        <w:t>Ersetze die Beispielinhalte durch deine eigenen. Übernimm keinen Satz unverändert: eine Auswahlkommission liest jedes Jahr hunderte Schreiben und erkennt eine Vorlage sofort.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4.  </w:t>
      </w:r>
      <w:r>
        <w:rPr>
          <w:rFonts w:ascii="Arial" w:hAnsi="Arial"/>
          <w:sz w:val="22"/>
        </w:rPr>
        <w:t>Bleib auf einer Seite, also bei etwa 400 bis 500 Wörtern. Zwei Seiten liest in der Sichtung niemand zu Ende.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5.  </w:t>
      </w:r>
      <w:r>
        <w:rPr>
          <w:rFonts w:ascii="Arial" w:hAnsi="Arial"/>
          <w:sz w:val="22"/>
        </w:rPr>
        <w:t>Speichere zum Schluss als PDF, nie als Word-Datei. Eine Word-Datei verschiebt beim Empfänger das Layout und zeigt deine Änderungsverläufe.</w:t>
      </w:r>
    </w:p>
    <w:p>
      <w:pPr>
        <w:spacing w:before="200" w:after="60" w:line="276" w:lineRule="auto"/>
      </w:pPr>
      <w:r>
        <w:rPr>
          <w:rFonts w:ascii="Arial" w:hAnsi="Arial"/>
          <w:b/>
          <w:i w:val="0"/>
          <w:color w:val="111111"/>
          <w:sz w:val="24"/>
        </w:rPr>
        <w:t>Woran Motivationsschreiben in der Korrektur am häufigsten scheitern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Der erste Satz beschreibt die Hochschule statt dich. „Ihre Universität genießt einen hervorragenden Ruf“ sagt über die Bewerberin nichts.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Der Studiengang wird austauschbar gelobt. Jeder Satz, der genauso auf eine andere Hochschule passt, ist verschenkter Platz.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Eigenschaften ohne Beleg: „teamfähig“, „belastbar“, „motiviert“. Beschreibe stattdessen eine Situation, in der es sichtbar wurde.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Nominalstil und Passiv: „Im Rahmen der Durchführung des Projektes wurde von mir …“. Schreib, wer was getan hat.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Falscher oder fehlender Name der Ansprechperson. Steht keiner in der Ausschreibung, ist „Sehr geehrte Damen und Herren“ richtig, ein geratener Name dagegen ein vermeidbarer Fehler.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972"/>
      </w:tblGrid>
      <w:tr>
        <w:tc>
          <w:tcPr>
            <w:tcW w:type="dxa" w:w="9972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006B46"/>
                <w:sz w:val="21"/>
              </w:rPr>
              <w:t>Formalia auf einen Blick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Umfang: eine Seite, 400 bis 500 Wörter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Schrift: Arial oder Times New Roman, 11 pt, Zeilenabstand 1,15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Ränder: links 2,5 cm, rechts 2,0 cm, oben und unten 2,0 cm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Dateiformat beim Versand: PDF</w:t>
            </w:r>
          </w:p>
          <w:p>
            <w:pPr>
              <w:spacing w:after="120"/>
            </w:pPr>
            <w:r>
              <w:rPr>
                <w:rFonts w:ascii="Arial" w:hAnsi="Arial"/>
                <w:color w:val="111111"/>
                <w:sz w:val="20"/>
              </w:rPr>
              <w:t>Dateiname: Motivationsschreiben_Nachname_Studiengang.pdf</w:t>
            </w:r>
          </w:p>
        </w:tc>
      </w:tr>
    </w:tbl>
    <w:p>
      <w:pPr>
        <w:spacing w:before="0" w:after="0" w:line="276" w:lineRule="auto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972"/>
      </w:tblGrid>
      <w:tr>
        <w:tc>
          <w:tcPr>
            <w:tcW w:type="dxa" w:w="9972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111111"/>
                <w:sz w:val="22"/>
              </w:rPr>
              <w:t>Bevor du abschickst</w:t>
            </w:r>
          </w:p>
          <w:p>
            <w:pPr>
              <w:spacing w:after="120"/>
            </w:pPr>
            <w:r>
              <w:rPr>
                <w:rFonts w:ascii="Arial" w:hAnsi="Arial"/>
                <w:sz w:val="20"/>
              </w:rPr>
              <w:t xml:space="preserve">Ein einziger Fehler fällt genau der Person auf, die über deinen Studienplatz entscheidet. Wir lesen Rechtschreibung, Grammatik, Zeichensetzung und Ausdruck gegen: </w:t>
            </w:r>
            <w:hyperlink r:id="rId11">
              <w:r>
                <w:rPr>
                  <w:rFonts w:ascii="Arial" w:hAnsi="Arial"/>
                  <w:color w:val="006B46"/>
                  <w:b/>
                  <w:u w:val="single"/>
                </w:rPr>
                <w:t>korrektur.de</w:t>
              </w:r>
            </w:hyperlink>
          </w:p>
        </w:tc>
      </w:tr>
    </w:tbl>
    <w:p>
      <w:pPr>
        <w:spacing w:before="0" w:after="80" w:line="276" w:lineRule="auto"/>
      </w:pPr>
      <w:r>
        <w:rPr>
          <w:rFonts w:ascii="Arial" w:hAnsi="Arial"/>
          <w:b w:val="0"/>
          <w:i w:val="0"/>
          <w:color w:val="555555"/>
          <w:sz w:val="18"/>
        </w:rPr>
        <w:t>Diese Vorlage darfst du frei nutzen, anpassen und weitergeben. Erstellt von korrektur.de. Stand: September 2026.</w:t>
      </w:r>
    </w:p>
    <w:p>
      <w:pPr>
        <w:sectPr>
          <w:footerReference w:type="default" r:id="rId9"/>
          <w:pgSz w:w="12240" w:h="15840"/>
          <w:pgMar w:top="1020" w:right="1134" w:bottom="1020" w:left="1134" w:header="720" w:footer="720" w:gutter="0"/>
          <w:cols w:space="720"/>
          <w:docGrid w:linePitch="360"/>
          <w:pgNumType w:fmt="decimal" w:start="1"/>
        </w:sectPr>
      </w:pP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[Vorname Nachname]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[Straße und Hausnummer]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[PLZ und Ort]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[Telefonnummer]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[E-Mail-Adresse]</w:t>
      </w:r>
    </w:p>
    <w:p>
      <w:pPr>
        <w:spacing w:before="0" w:after="340" w:line="20" w:lineRule="exact"/>
      </w:pP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[Name der Hochschule]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Auswahlkommission [Name des Studiengangs]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[Straße und Hausnummer]</w:t>
      </w: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[PLZ und Ort]</w:t>
      </w:r>
    </w:p>
    <w:p>
      <w:pPr>
        <w:spacing w:before="0" w:after="340" w:line="20" w:lineRule="exact"/>
      </w:pPr>
    </w:p>
    <w:p>
      <w:pPr>
        <w:spacing w:before="0" w:after="0" w:line="276" w:lineRule="auto"/>
        <w:jc w:val="right"/>
      </w:pPr>
      <w:r>
        <w:rPr>
          <w:rFonts w:ascii="Arial" w:hAnsi="Arial"/>
          <w:b w:val="0"/>
          <w:i w:val="0"/>
          <w:color w:val="111111"/>
          <w:sz w:val="22"/>
        </w:rPr>
        <w:t>[Ort], [TT.MM.JJJJ]</w:t>
      </w:r>
    </w:p>
    <w:p>
      <w:pPr>
        <w:spacing w:before="0" w:after="300" w:line="20" w:lineRule="exact"/>
      </w:pPr>
    </w:p>
    <w:p>
      <w:pPr>
        <w:spacing w:before="0" w:after="240" w:line="276" w:lineRule="auto"/>
      </w:pPr>
      <w:r>
        <w:rPr>
          <w:rFonts w:ascii="Arial" w:hAnsi="Arial"/>
          <w:b/>
          <w:i w:val="0"/>
          <w:color w:val="111111"/>
          <w:sz w:val="22"/>
        </w:rPr>
        <w:t>Motivationsschreiben für den Masterstudiengang [Name des Studiengangs], Bewerbung zum [Wintersemester 20XX/XX]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Sehr geehrte Frau [Name der Ansprechperson],</w:t>
      </w:r>
    </w:p>
    <w:p>
      <w:pPr>
        <w:spacing w:before="0" w:after="180" w:line="20" w:lineRule="exact"/>
      </w:pP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während meiner Bachelorarbeit über [Thema deiner Bachelorarbeit] bin ich auf eine Frage gestoßen, die mich bis heute beschäftigt: [die konkrete Frage oder das Problem]. Sie steht im Zentrum des Masterstudiengangs [Name des Studiengangs], und deshalb bewerbe ich mich um einen Studienplatz an der [Name der Hochschule].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Ich habe [Name deines Bachelorstudiengangs] an der [Name deiner Hochschule] studiert und im [Monat und Jahr] mit der Note [Note] abgeschlossen. Meine Schwerpunkte lagen auf [Schwerpunkt 1] und [Schwerpunkt 2]. In [Modul oder Projekt] habe ich [deine Aufgabe] übernommen und dabei [Ergebnis, möglichst mit einer Zahl] erreicht.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Neben dem Studium habe ich [Zeitraum] bei [Name des Unternehmens] als [Position] gearbeitet und dort [Aufgabe] verantwortet. [Beschreibe eine einzelne Situation, an der man sieht, wie du arbeitest: das überzeugt mehr als drei Adjektive.]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Für Ihren Studiengang habe ich mich entschieden, weil [ein Grund, den es nur an dieser Hochschule gibt: ein Modul, ein Forschungsschwerpunkt, ein Labor]. Besonders [Name des Moduls] passt zu [dein fachliches Ziel], weil [Begründung in einem Satz].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Nach dem Master möchte ich [dein berufliches oder wissenschaftliches Ziel]. Der Studiengang ist dafür der Schritt, der mir noch fehlt, weil [Begründung in einem Satz].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Über die Einladung zu einem Auswahlgespräch freue ich mich sehr.</w:t>
      </w:r>
    </w:p>
    <w:p>
      <w:pPr>
        <w:spacing w:before="0" w:after="180" w:line="20" w:lineRule="exact"/>
      </w:pP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Mit freundlichen Grüßen</w:t>
      </w:r>
    </w:p>
    <w:p>
      <w:pPr>
        <w:spacing w:before="0" w:after="580" w:line="20" w:lineRule="exact"/>
      </w:pP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[Vorname Nachname]</w:t>
      </w:r>
    </w:p>
    <w:p>
      <w:pPr>
        <w:spacing w:before="0" w:after="300" w:line="20" w:lineRule="exact"/>
      </w:pPr>
    </w:p>
    <w:p>
      <w:pPr>
        <w:spacing w:before="0" w:after="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Anlagen: Lebenslauf, Bachelorzeugnis, [weitere Nachweise]</w:t>
      </w:r>
    </w:p>
    <w:sectPr w:rsidR="00FC693F" w:rsidRPr="0006063C" w:rsidSect="00034616">
      <w:footerReference w:type="default" r:id="rId12"/>
      <w:pgSz w:w="12240" w:h="15840"/>
      <w:pgMar w:top="1134" w:right="1134" w:bottom="1134" w:left="1417" w:header="720" w:footer="720" w:gutter="0"/>
      <w:cols w:space="720"/>
      <w:docGrid w:linePitch="36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 w:cs="Arial" w:eastAsia="Arial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="Arial" w:hAnsi="Arial" w:cs="Arial" w:eastAsia="Arial"/>
      <w:b/>
      <w:bCs/>
      <w:color w:val="11111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="Arial" w:hAnsi="Arial" w:cs="Arial" w:eastAsia="Arial"/>
      <w:b/>
      <w:bCs/>
      <w:color w:val="11111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="Arial" w:hAnsi="Arial" w:cs="Arial" w:eastAsia="Arial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korrektur.de" TargetMode="Externa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Motivationsschreiben: Vorlage fuer die Bewerbung um einen Studienplatz</dc:title>
  <dc:subject>Ausfuellbare Vorlage mit Anleitung und Formalia</dc:subject>
  <dc:creator>korrektur.de</dc:creator>
  <cp:keywords>Motivationsschreiben, Vorlage, Muster, Studium, Bewerbung, Studienplatz</cp:keywords>
  <dc:description>Kostenlose Vorlage von korrektur.de. Aktuelle Fassung: https://korrektur.de/motivationsschreiben-vorlage-pdf</dc:description>
  <cp:lastModifiedBy>korrektur.de</cp:lastModifiedBy>
  <cp:revision>1</cp:revision>
  <dcterms:created xsi:type="dcterms:W3CDTF">2013-12-23T23:15:00Z</dcterms:created>
  <dcterms:modified xsi:type="dcterms:W3CDTF">2013-12-23T23:15:00Z</dcterms:modified>
  <cp:category>Vorlage</cp:category>
</cp:coreProperties>
</file>