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0"/>
        <w:pBdr>
          <w:bottom w:val="single" w:sz="18" w:space="4" w:color="00A85A"/>
        </w:pBdr>
      </w:pPr>
      <w:r>
        <w:drawing>
          <wp:inline xmlns:a="http://schemas.openxmlformats.org/drawingml/2006/main" xmlns:pic="http://schemas.openxmlformats.org/drawingml/2006/picture">
            <wp:extent cx="1333500" cy="2667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rektur-wortmarke-vorlag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100" w:line="276" w:lineRule="auto"/>
      </w:pPr>
      <w:r>
        <w:rPr>
          <w:rFonts w:ascii="Arial" w:hAnsi="Arial"/>
          <w:b/>
          <w:i w:val="0"/>
          <w:color w:val="006B46"/>
          <w:sz w:val="17"/>
        </w:rPr>
        <w:t>VORLAGE ZUM FREIEN GEBRAUCH</w:t>
      </w:r>
    </w:p>
    <w:p>
      <w:pPr>
        <w:spacing w:before="0" w:after="180" w:line="252" w:lineRule="auto"/>
      </w:pPr>
      <w:r>
        <w:rPr>
          <w:rFonts w:ascii="Arial" w:hAnsi="Arial"/>
          <w:b/>
          <w:i w:val="0"/>
          <w:color w:val="111111"/>
          <w:sz w:val="38"/>
        </w:rPr>
        <w:t>Literaturverzeichnis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Ab Seite 2 stehen die Musterzeilen: Buch, Sammelbandbeitrag, Zeitschriftenaufsatz, Internetquelle und KI-Quelle, jede einmal nach APA und einmal nach Harvard. Du ersetzt nur, was in eckigen Klammern steht, und löschst die Zeilen der Zitierweise, die du nicht benutzt.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So arbeitest du damit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1.  </w:t>
      </w:r>
      <w:r>
        <w:rPr>
          <w:rFonts w:ascii="Arial" w:hAnsi="Arial"/>
          <w:sz w:val="22"/>
        </w:rPr>
        <w:t>Lösche diese Seite. Sie gehört nicht in die Abgabe.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2.  </w:t>
      </w:r>
      <w:r>
        <w:rPr>
          <w:rFonts w:ascii="Arial" w:hAnsi="Arial"/>
          <w:sz w:val="22"/>
        </w:rPr>
        <w:t>Entscheide dich für eine Zitierweise, meist gibt der Lehrstuhl sie vor. Danach löschst du den ganzen Block der anderen.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3.  </w:t>
      </w:r>
      <w:r>
        <w:rPr>
          <w:rFonts w:ascii="Arial" w:hAnsi="Arial"/>
          <w:sz w:val="22"/>
        </w:rPr>
        <w:t>Sortiere alphabetisch nach Nachname. Bei mehreren Titeln derselben Person zusätzlich nach Jahr, das ältere zuerst.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4.  </w:t>
      </w:r>
      <w:r>
        <w:rPr>
          <w:rFonts w:ascii="Arial" w:hAnsi="Arial"/>
          <w:sz w:val="22"/>
        </w:rPr>
        <w:t>Stell den hängenden Einzug ein: markieren, dann Absatz, Sondereinzug „Hängend“, 1,25 cm. Nicht mit Leerzeichen bauen.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5.  </w:t>
      </w:r>
      <w:r>
        <w:rPr>
          <w:rFonts w:ascii="Arial" w:hAnsi="Arial"/>
          <w:sz w:val="22"/>
        </w:rPr>
        <w:t>Prüfe jede Quelle zweimal: einmal, ob sie im Text vorkommt, und einmal, ob die Angaben im Verzeichnis stimmen.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Woran Verzeichnisse in der Korrektur am häufigsten scheitern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Quellen im Verzeichnis, die im Text nie auftauchen. Ein Verzeichnis ist keine Leseliste.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Zwei Zitierweisen in einer Arbeit. Der Wechsel fällt schon beim Überfliegen auf.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Internetquellen ohne Abrufdatum oder ohne vollständige Adresse. Beides gehört dazu, auch wenn die Seite morgen noch steht.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Fehlender hängender Einzug. Formal keine Katastrophe, aber es sieht sofort nach Eile aus.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KI-Antworten wie Literatur behandelt. Ein Chatverlauf ist keine Quelle für Inhalte, sondern ein Hilfsmittel, das du offenlegst.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006B46"/>
                <w:sz w:val="21"/>
              </w:rPr>
              <w:t>Formalia auf einen Blick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Überschrift: „Literaturverzeichnis“, ohne Kapitelnummer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Sortierung: alphabetisch nach Nachname, dann nach Jahr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Einzug: hängend, 1,25 cm, Zeilenabstand wie im Text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Internetquellen: vollständige Adresse und Abrufdatum</w:t>
            </w:r>
          </w:p>
          <w:p>
            <w:pPr>
              <w:spacing w:after="120"/>
            </w:pPr>
            <w:r>
              <w:rPr>
                <w:rFonts w:ascii="Arial" w:hAnsi="Arial"/>
                <w:color w:val="111111"/>
                <w:sz w:val="20"/>
              </w:rPr>
              <w:t>KI: Anbieter, Modell, Datum, dazu die Angabe im Methodenteil</w:t>
            </w:r>
          </w:p>
        </w:tc>
      </w:tr>
    </w:tbl>
    <w:p>
      <w:pPr>
        <w:spacing w:before="0" w:after="0" w:line="276" w:lineRule="auto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111111"/>
                <w:sz w:val="22"/>
              </w:rPr>
              <w:t>Vor der Abgabe</w:t>
            </w:r>
          </w:p>
          <w:p>
            <w:pPr>
              <w:spacing w:after="120"/>
            </w:pPr>
            <w:r>
              <w:rPr>
                <w:rFonts w:ascii="Arial" w:hAnsi="Arial"/>
                <w:sz w:val="20"/>
              </w:rPr>
              <w:t xml:space="preserve">Quellen prüfen wir mit, wenn du es möchtest: Form, Vollständigkeit und Einheitlichkeit. Wir lesen gegen: </w:t>
            </w:r>
            <w:hyperlink r:id="rId11">
              <w:r>
                <w:rPr>
                  <w:rFonts w:ascii="Arial" w:hAnsi="Arial"/>
                  <w:color w:val="006B46"/>
                  <w:b/>
                  <w:u w:val="single"/>
                </w:rPr>
                <w:t>korrektur.de</w:t>
              </w:r>
            </w:hyperlink>
          </w:p>
        </w:tc>
      </w:tr>
    </w:tbl>
    <w:p>
      <w:pPr>
        <w:spacing w:before="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Diese Vorlage darfst du frei nutzen, anpassen und weitergeben. Erstellt von korrektur.de. Stand: September 2026.</w:t>
      </w:r>
    </w:p>
    <w:p>
      <w:pPr>
        <w:sectPr>
          <w:footerReference w:type="default" r:id="rId9"/>
          <w:pgSz w:w="12240" w:h="15840"/>
          <w:pgMar w:top="1020" w:right="1134" w:bottom="1020" w:left="1134" w:header="720" w:footer="720" w:gutter="0"/>
          <w:cols w:space="720"/>
          <w:docGrid w:linePitch="360"/>
          <w:pgNumType w:fmt="decimal" w:start="1"/>
        </w:sectPr>
      </w:pPr>
    </w:p>
    <w:p>
      <w:pPr>
        <w:spacing w:before="0" w:after="200" w:line="276" w:lineRule="auto"/>
      </w:pPr>
      <w:r>
        <w:rPr>
          <w:rFonts w:ascii="Arial" w:hAnsi="Arial"/>
          <w:b/>
          <w:i w:val="0"/>
          <w:color w:val="111111"/>
          <w:sz w:val="32"/>
        </w:rPr>
        <w:t>Literaturverzeichnis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Muster nach APA in der 7. Auflage. Ersetze die eckigen Klammern und lösche, was du nicht brauchst.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BUCH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([Jahr]). [Titel des Buches: Untertitel] ([Auflage]. Aufl.). [Verlag].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BEITRAG IN EINEM SAMMELBAND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([Jahr]). [Titel des Beitrags]. In [V. Nachname] (Hrsg.), [Titel des Sammelbands] (S. [Seite] bis [Seite]). [Verlag].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AUFSATZ IN EINER ZEITSCHRIFT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&amp; [Nachname], [W.] ([Jahr]). [Titel des Aufsatzes]. [Zeitschrift], [Jahrgang]([Heft]), [Seite] bis [Seite]. https://doi.org/[DOI]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INTERNETQUELLE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([Jahr, TT. Monat]). [Titel der Seite]. [Herausgeber der Seite]. Abgerufen am [TT.MM.JJJJ] von [Adresse]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KI-QUELLE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[Anbieter]. ([Jahr]). [Name des Modells] ([Version]) [Großes Sprachmodell]. [Adresse]</w:t>
      </w:r>
    </w:p>
    <w:p>
      <w:pPr>
        <w:spacing w:before="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 Antwort selbst ist keine belegfähige Quelle. Nenne im Methodenteil, wofür du das Modell benutzt hast, und belege den Inhalt mit einer prüfbaren Quelle.</w:t>
      </w:r>
    </w:p>
    <w:p>
      <w:r>
        <w:br w:type="page"/>
      </w:r>
    </w:p>
    <w:p>
      <w:pPr>
        <w:spacing w:before="0" w:after="200" w:line="276" w:lineRule="auto"/>
      </w:pPr>
      <w:r>
        <w:rPr>
          <w:rFonts w:ascii="Arial" w:hAnsi="Arial"/>
          <w:b/>
          <w:i w:val="0"/>
          <w:color w:val="111111"/>
          <w:sz w:val="32"/>
        </w:rPr>
        <w:t>Literaturverzeichnis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Dieselben Quellen nach Harvard. Die Zeichensetzung unterscheidet sich je nach Hochschule, im Zweifel gilt das Merkblatt deines Lehrstuhls.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BUCH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([Jahr]): [Titel des Buches: Untertitel], [Auflage]. Auflage, [Ort]: [Verlag].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BEITRAG IN EINEM SAMMELBAND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([Jahr]): [Titel des Beitrags], in: [V. Nachname] (Hrsg.): [Titel des Sammelbands], [Ort]: [Verlag], S. [Seite] bis [Seite].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AUFSATZ IN EINER ZEITSCHRIFT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/ [Nachname], [W.] ([Jahr]): [Titel des Aufsatzes], in: [Zeitschrift], [Jahrgang]. Jg., Heft [Heft], S. [Seite] bis [Seite].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INTERNETQUELLE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[Nachname], [V.] ([Jahr]): [Titel der Seite], [Adresse] (Abruf am [TT.MM.JJJJ]).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KI-QUELLE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[Anbieter] ([Jahr]): [Name des Modells] [Version], [Adresse] (Abfrage am [TT.MM.JJJJ]).</w:t>
      </w:r>
    </w:p>
    <w:p>
      <w:pPr>
        <w:spacing w:before="0" w:after="260" w:line="20" w:lineRule="exact"/>
      </w:pPr>
    </w:p>
    <w:p>
      <w:pPr>
        <w:spacing w:before="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 Reihenfolge im fertigen Verzeichnis ist alphabetisch, nicht nach Quellenart. Die Rubriken hier stehen nur zum Nachschlagen und werden vor der Abgabe gelöscht.</w:t>
      </w:r>
    </w:p>
    <w:sectPr w:rsidR="00FC693F" w:rsidRPr="0006063C" w:rsidSect="00034616">
      <w:footerReference w:type="default" r:id="rId12"/>
      <w:pgSz w:w="12240" w:h="15840"/>
      <w:pgMar w:top="1417" w:right="1417" w:bottom="1134" w:left="1701" w:header="720" w:footer="720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cs="Arial" w:eastAsia="Arial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="Arial" w:hAnsi="Arial" w:cs="Arial" w:eastAsia="Arial"/>
      <w:b/>
      <w:bCs/>
      <w:color w:val="1111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="Arial" w:hAnsi="Arial" w:cs="Arial" w:eastAsia="Arial"/>
      <w:b/>
      <w:bCs/>
      <w:color w:val="11111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="Arial" w:hAnsi="Arial" w:cs="Arial" w:eastAsia="Arial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korrektur.de" TargetMode="Externa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Literaturverzeichnis: Muster für APA und Harvard</dc:title>
  <dc:subject>Buch, Aufsatz, Internetquelle und KI-Quelle als fertige Zeilen</dc:subject>
  <dc:creator>korrektur.de</dc:creator>
  <cp:keywords>Literaturverzeichnis, Quellenangabe, APA, Harvard, Muster, Vorlage, Zitieren, Word</cp:keywords>
  <dc:description>Kostenlose Vorlage von korrektur.de. Aktuelle Fassung: https://korrektur.de/literaturverzeichnis-erstellen</dc:description>
  <cp:lastModifiedBy>korrektur.de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