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Lernkarten Zitieren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zu Zitierregeln: vorn die Frage, hinten die Antwort. Beispiele folgen dem APA-Stil, mit Hinweis, wo andere Stile abweichen.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schneiden, Karte hinten beschriften oder Vorder- und Rückseite ausschneiden und zusammenkleben.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Wiederholen vor der Abgabe: die häufigsten Stolperstellen beim Zitieren in einem Durchgang abfragen.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Nachschlagen mitten im Schreiben, wenn eine Zitierfrage auftaucht und die App gerade nicht offen ist.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„Et al.“ wird ab dem ersten Nachnamen benutzt, obwohl die Regel erst ab drei oder mehr Autoren greift.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„Vgl.“ und ein Direktzitat werden vermischt: „vgl.“ gehört vor eine sinngemäße Wiedergabe, nicht vor ein wörtliches Zitat.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Seitenzahlen fehlen beim Direktzitat, obwohl sie dort Pflicht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Sekundärzitate laufen ohne die Formel „zitiert nach“, dabei gehört die Originalquelle trotzdem ins Literaturverzeichnis.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Formal richtig zitieren reicht nicht, wenn Ausdruck und Satzbau drumherum nicht tragen.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LERNKARTEN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Zitierregeln: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Wann et al.?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Ab drei Autoren schon beim ersten Beleg (APA 7). Bei zwei Autoren immer beide nennen.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heißt ebd.?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„Ebenda“: dieselbe Quelle und Stelle wie im Beleg direkt davor.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heißt vgl.?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„Vergleiche“: vor eine sinngemäße Wiedergabe, nicht vor ein Wortzitat.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Direktzitat: was ist Pflicht?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Wortlaut unverändert, Anführungszeichen, genaue Seitenzahl.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Sekundärzitat: Formel?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„Autor, Jahr, zitiert nach Autor2, Jahr2“, beide Quellen ins Literaturverzeichnis.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gehört ins Literaturverzeichnis?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Jede im Text genannte Quelle, nichts Ungenanntes.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DOI oder URL?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DOI bevorzugt, wenn vorhanden, sonst stabile URL mit Zugriffsdatum.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Zitat im Zitat: Anführungszeichen?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Außen doppelte, innen einfache Anführungszeichen.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Auslassung im Zitat?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Drei Punkte in eckigen Klammern „[...]“ an der ausgelassenen Stelle.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Eigene Hervorhebung im Zitat?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Kursiv setzen und dahinter „[Hervorhebung d. Verf.]“ vermerken.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Wann Seitenzahl?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Beim Direktzitat immer, bei Paraphrasen empfohlen, wenn die Stelle genau ist.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o. D.?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„Ohne Datum“: kein Erscheinungsjahr auffindbar, steht anstelle der Jahreszahl.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zitiert man ein Gesetz?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Kurztitel, Paragraf, Absatz, kein Autor: „§ 15 Abs. 2 BGB“.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Internetquelle ohne Autor?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Institution als Autor nutzen, sonst gekürzter Titel statt Autor.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ist ein Kurzbeleg?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Autor, Jahr, Seite in Klammern im Text, volle Angabe erst im Literaturverzeichnis.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Wann ein Plagiat?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Fremder Gedanke oder Wortlaut ohne Quellenangabe, auch unabsichtlich.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Lernkarten Zitieren: 16 Karteikarten mit Frage und Antwort</dc:title>
  <dc:subject>Karteikarten zum Ausdrucken, 16 Fragen zu Zitierregeln</dc:subject>
  <dc:creator>korrektur.de</dc:creator>
  <cp:keywords>Zitieren, Zitierregeln, Karteikarten, APA, Lernkarten, Literaturverzeichnis</cp:keywords>
  <dc:description>Kostenlose Vorlage von korrektur.de. Aktuelle Fassung: https://korrektur.de/zitieren-regeln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