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Lernkarten Statistik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mit Statistik-Grundbegriffen für Abschlussarbeiten: vorn der Begriff, hinten die Erklärung in ein bis zwei Sätzen.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schneiden, Karte hinten beschriften oder Vorder- und Rückseite ausschneiden und zusammenkleben.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Vorbereitung auf das Auswertungskapitel einer Abschlussarbeit mit SPSS oder einer anderen Statistik-Software.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Schnelles Nachschlagen, wenn ein Begriff im eigenen Ergebnisteil auftaucht und die genaue Bedeutung fehlt.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Signifikanz und Effektstärke werden verwechselt: die eine prüft, ob ein Effekt gegen Zufall spricht, die andere, wie groß er wirklich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Median und Mittelwert werden bei schiefen Verteilungen gleichgesetzt, dabei liefern sie dann sehr unterschiedliche Werte.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p-Wert wird als Wahrscheinlichkeit der Hypothese selbst gedeutet, dabei bezieht er sich nur auf die Daten unter der Nullhypothese.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Korrelation und Kausalität werden im Text gleichgesetzt, obwohl ein Zusammenhang allein keine Ursache belegt.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Statistische Begriffe richtig zu benennen ist eine Sache, sie im eigenen Text sauber zu formulieren eine andere. Wir lesen Ausdruck, Grammatik und Zeichensetzung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LERNKARTEN STATISTIK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Statistik-Grundbegriffe: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Mittelwert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Summe aller Werte geteilt durch ihre Anzahl, empfindlich gegenüber Ausreißern.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Median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Der mittlere Wert einer sortierten Reihe, robust gegenüber Ausreißern.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Modus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Der Wert, der in den Daten am häufigsten vorkommt.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Standardabweichung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Maß für die typische Streuung der Werte um den Mittelwert, empfindlich gegenüber Ausreißern.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Varianz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quadrierte Standardabweichung, misst ebenfalls die Streuung der Werte.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Signifikanz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Ob ein gefundener Unterschied statistisch verlässlich vom Zufall zu unterscheiden ist.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p-Wert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Wahrscheinlichkeit, ein mindestens so extremes Ergebnis zu erhalten, wenn die Nullhypothese stimmt.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Nullhypothese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Die Annahme, dass kein Effekt oder Zusammenhang besteht; sie wird getestet, nicht bewiesen.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Korrelation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Der statistische Zusammenhang zwischen zwei Merkmalen, sagt nichts über eine Ursache aus.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Regression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Verfahren, das den Wert eines Merkmals aus einem oder mehreren anderen vorhersagt.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t-Test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Test, der die Mittelwerte zweier Gruppen auf einen bedeutsamen Unterschied prüft.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Chi-Quadrat-Test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Test, der prüft, ob zwei kategoriale Merkmale statistisch zusammenhängen.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Skalenniveaus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Nominal, ordinal, intervall und verhältnisskaliert: sie bestimmen, welche Auswertung erlaubt ist.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Stichprobe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Der tatsächlich untersuchte Teil einer Grundgesamtheit, aus dem auf das Ganze geschlossen wird.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Konfidenzintervall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Bereich, der bei wiederholter Stichprobenziehung den wahren Wert mit einer festgelegten Wahrscheinlichkeit einschließt.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Effektstärke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Ein Maß dafür, wie groß ein Effekt tatsächlich ist, unabhängig von der Stichprobengröße.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Lernkarten Statistik: 16 Karteikarten mit Grundbegriffen</dc:title>
  <dc:subject>Karteikarten zum Ausdrucken, 16 Statistik-Grundbegriffe</dc:subject>
  <dc:creator>korrektur.de</dc:creator>
  <cp:keywords>Statistik, SPSS, Karteikarten, Lernkarten, Signifikanz, Abschlussarbeit</cp:keywords>
  <dc:description>Kostenlose Vorlage von korrektur.de. Aktuelle Fassung: https://korrektur.de/statistik-spss-hub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