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Lernkarten Rechtschreibung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16 Karteikarten mit Rechtschreib-Zweifelsfällen: vorn die Frage, hinten die richtige Schreibung mit der Regel in einem Satz.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 den gestrichelten Linien schneiden, Karte hinten beschriften oder Vorder- und Rückseite ausschneiden und zusammenkleben.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Regel für Regel abfragen, statt alle Zweifelsfälle auf einmal zu lesen und wieder zu vergessen.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Wiederholen vor der Abgabe einer Bewerbung, Hausarbeit oder Abschlussarbeit.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„Im Voraus“ wird kleingeschrieben, obwohl „Voraus“ hier ein Substantiv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„Wieder“ und „wider“ werden vertauscht, obwohl sie unterschiedliche Bedeutungen haben.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„Seit“ und „seid“ werden verwechselt, dabei hilft die Probe mit „ihr wart“.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Zusammengesetzte Wörter werden auseinandergeschrieben, weil die Einzelteile geläufiger wirken als das ganze Wort.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Einzelne Zweifelsfälle zu kennen reicht nicht, wenn sie im eigenen Text an ungewohnter Stelle auftauchen. Wir lesen Rechtschreibung, Grammatik und Zeichensetzung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LERNKARTEN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Rechtschreib-Zweifelsfälle: 16 Karteikarten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Im voraus oder im Voraus?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Im Voraus. „Voraus“ ist hier ein Substantiv und wird großgeschrieben.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Wieder oder wider?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„Wieder“ heißt erneut, „wider“ heißt gegen: „wiederkommen“, aber „widersprechen“.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Seit oder seid?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„Seit“ ist eine Zeitangabe, „seid“ ist eine Verbform: Probe mit „ihr wart“ funktioniert nur bei „seid“.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Standart oder Standard?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Standard, mit d am Ende. „Standart“ existiert im Deutschen nicht.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Rechtsschreibung oder Rechtschreibung?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Rechtschreibung, ohne s. Das Wort kommt von „recht schreiben“, nicht von „Recht“.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Leid tun oder leidtun?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Leidtun, zusammengeschrieben. Es ist ein festes Verb, kein Substantiv mit Verb.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Nichtsdestotrotz oder nichts destotrotz?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Nichtsdestotrotz, in einem Wort. Es ist eine feste Zusammensetzung und keine Wortgruppe.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Gross geschrieben oder großgeschrieben?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Großgeschrieben, zusammen. Verb und Adjektiv bilden hier eine feste Verbindung.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Er hat Recht oder er hat recht?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Er hat recht, klein. Nur in Wendungen wie „das Recht haben“ steht es groß.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Zur Zeit oder zurzeit?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Zurzeit, zusammen, wenn „gerade jetzt“ gemeint ist. „Zur Zeit der Römer“ bleibt getrennt.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Aufwand oder Aufwandt?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Aufwand, ohne t. Die Form mit t ist eine verbreitete, aber falsche Schreibung.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Vielen Dank im Voraus oder im vorraus?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Im Voraus, mit einem r. „Vorraus“ mit zwei r existiert nicht.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Das gleiche oder dasselbe?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Dasselbe meint ein und dasselbe Ding, „das Gleiche“ meint ein vergleichbares, aber anderes Ding.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Wieviel oder wie viel?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Wie viel, getrennt. Seit der Reform wird nur „wieso“, „wieviel“ dagegen nicht zusammengeschrieben.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Einbahnstrasse oder Einbahnstraße?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Einbahnstraße, mit ß nach langem Vokal im deutschen Standard, „ss“ nur in der Schweiz.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Sodass oder so dass?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Sodass, zusammen. Beide Formen sind zwar erlaubt, „sodass“ ist aber die heute übliche Schreibung.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Lernkarten Rechtschreibung: 16 Karteikarten mit Zweifelsfällen</dc:title>
  <dc:subject>Karteikarten zum Ausdrucken, 16 Rechtschreib-Zweifelsfälle</dc:subject>
  <dc:creator>korrektur.de</dc:creator>
  <cp:keywords>Rechtschreibung, Zweifelsfälle, Karteikarten, Lernkarten, Übungen</cp:keywords>
  <dc:description>Kostenlose Vorlage von korrektur.de. Aktuelle Fassung: https://korrektur.de/rechtschreibung-uebungen-pdf-mit-loesungen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