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Konjugation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Zeitformen von sein, haben, werden sowie einem regelmäßigen und einem unregelmäßigen Verb, dazu die 20 häufigsten unregelmäßigen Verben mit allen drei Stammformen.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Deutsch als Fremdsprache: überall dort, wo Verbformen unsicher sind.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Zeitformen und Partizipien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Falsches Partizip II bei unregelmäßigen Verben: „gegangt“ statt „gegangen“.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Verwechseltes Hilfsverb im Perfekt: „hat gegangen“ statt „ist gegangen“.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Falsche Personalendung im Präsens: „er gehen“ statt „er geht“.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Verbformen fallen sofort auf, auch in einem sonst sicheren Text.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GRAMMATIK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Konjugation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Präsens und Präteritum bildet das Verb allein. Perfekt und Plusquamperfekt brauchen ein Hilfsverb plus Partizip II, Futur ein Hilfsverb plus Infinitiv.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1542"/>
        <w:gridCol w:w="1542"/>
        <w:gridCol w:w="1542"/>
        <w:gridCol w:w="1542"/>
        <w:gridCol w:w="1542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Zeitform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sein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haben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werden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machen</w:t>
            </w:r>
          </w:p>
        </w:tc>
        <w:tc>
          <w:tcPr>
            <w:tcW w:type="dxa" w:w="15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gehen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Präsens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ist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macht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geht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Präteritum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war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hatte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wurde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machte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ging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Perfekt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ist gewesen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 gehabt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ist geworden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 gemacht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ist gegangen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Plusquamperfekt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war gewesen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hatte gehabt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war geworden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hatte gemacht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war gegangen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Futur I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sein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haben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werden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machen</w:t>
            </w:r>
          </w:p>
        </w:tc>
        <w:tc>
          <w:tcPr>
            <w:tcW w:type="dxa" w:w="15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gehen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Endungen im Präsens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891"/>
        <w:gridCol w:w="1928"/>
        <w:gridCol w:w="4819"/>
      </w:tblGrid>
      <w:tr>
        <w:tc>
          <w:tcPr>
            <w:tcW w:type="dxa" w:w="289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Person</w:t>
            </w:r>
          </w:p>
        </w:tc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Endung</w:t>
            </w:r>
          </w:p>
        </w:tc>
        <w:tc>
          <w:tcPr>
            <w:tcW w:type="dxa" w:w="481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Beispiel (machen)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ich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-e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ich mache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du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-st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du machst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er/sie/es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-t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er macht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wir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-en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wir machen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ihr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-t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ihr macht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sie/Sie</w:t>
            </w:r>
          </w:p>
        </w:tc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-en</w:t>
            </w:r>
          </w:p>
        </w:tc>
        <w:tc>
          <w:tcPr>
            <w:tcW w:type="dxa" w:w="481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sie machen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20 häufigsten unregelmäßigen Verben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Infinitiv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Präteritum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Partizip II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sein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war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gewesen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haben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hatte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gehabt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werden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wurde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geworden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gehen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ging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gegangen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kommen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kam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gekommen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sehen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sah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gesehen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geben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gab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gegeben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nehmen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nahm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genommen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finden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fand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gefunden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wissen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wusste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gewusst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denken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dachte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gedacht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bringen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brachte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gebracht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stehen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stand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gestanden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lassen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ließ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gelassen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sprechen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sprach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gesprochen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lesen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las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gelesen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schreiben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schrieb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geschrieben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fahren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fuhr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gefahren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tragen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trug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getragen</w:t>
            </w:r>
          </w:p>
        </w:tc>
      </w:tr>
      <w:tr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bleiben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blieb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geblieben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Alle 20 Verben bilden das Perfekt mit „haben“ oder „sein“: Verben der Bewegung oder Zustandsänderung (gehen, kommen, fahren, bleiben, werden) nehmen „sein“, die übrigen „haben“.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Konjugation: Merkzettel mit allen Zeitformen für sein, haben und werden</dc:title>
  <dc:subject>Merkzettel zum Ausdrucken, zwei Seiten</dc:subject>
  <dc:creator>korrektur.de</dc:creator>
  <cp:keywords>Konjugation, Verben, Zeitformen, unregelmäßige Verben, Merkzettel, Deutsch</cp:keywords>
  <dc:description>Kostenlose Vorlage von korrektur.de. Aktuelle Fassung: https://korrektur.de/konjugation-der-verben-deutsch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