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KI-Quellen zitieren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Zitiermuster für KI-Ausgaben, die Kennzeichnung im Text, die Prompt-Dokumentation und ein Verzeichnis für alle verwendeten KI-Werkzeuge.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Arbeiten, in denen ChatGPT, Gemini, Claude oder Copilot als Hilfsmittel genutzt und offengelegt werden müssen.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Frage, ob eine KI-Ausgabe überhaupt als Beleg für eine Tatsache taugt, oder nur als Werkzeug erwähnt gehört.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Abgleich mit der Eigenständigkeitserklärung, bevor eine Arbeit mit KI-Einsatz abgegeben wird.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KI-Ausgabe als Beleg für eine Tatsachenbehauptung verwendet, ohne die Angabe an einer Primärquelle zu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von der KI genannte Quelle ungeprüft übernommen, obwohl KI-Werkzeuge Titel, Jahr und sogar ganze Studien erfinden können.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KI-Einsatz gar nicht offengelegt, obwohl die eigene Hochschule dafür eine feste Kennzeichnungspflicht hat.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Prompt und Datum der Abfrage nicht notiert, sodass sich der Beleg später nicht mehr nachvollziehen lässt.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unbelegte KI-Ausgabe oder eine erfundene Quelle wiegt in vielen Prüfungsordnungen wie ein Plagiat. Wir prüfen Kennzeichnung, Beleg und Quellen mit: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KI-Quellen zitieren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Eine KI-Ausgabe ist kein Beleg für eine Tatsache, sondern ein Werkzeug: sie gehört offengelegt, nicht wie eine Fachquelle zitiert.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Muster in drei Zitierweisen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224"/>
        <w:gridCol w:w="7414"/>
      </w:tblGrid>
      <w:tr>
        <w:tc>
          <w:tcPr>
            <w:tcW w:type="dxa" w:w="222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Zitierweise</w:t>
            </w:r>
          </w:p>
        </w:tc>
        <w:tc>
          <w:tcPr>
            <w:tcW w:type="dxa" w:w="741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Muster und Beispiel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APA 7</w:t>
            </w:r>
          </w:p>
        </w:tc>
        <w:tc>
          <w:tcPr>
            <w:tcW w:type="dxa" w:w="74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Hersteller. (Jahr). Name des Modells (Version) [Large language model].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OpenAI. (2024). ChatGPT (Version 14. Mai) [Large language model]. https://chat.openai.com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Harvard</w:t>
            </w:r>
          </w:p>
        </w:tc>
        <w:tc>
          <w:tcPr>
            <w:tcW w:type="dxa" w:w="74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Hersteller (Jahr) Name des Modells (Version), Large language model. Verfügbar unter: URL (Abgerufen: Datum).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OpenAI (2024) ChatGPT (Version 14. Mai), Large language model. Verfügbar unter: https://chat.openai.com (Abgerufen: 20.05.2024).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Deutsche Zitierweise</w:t>
            </w:r>
          </w:p>
        </w:tc>
        <w:tc>
          <w:tcPr>
            <w:tcW w:type="dxa" w:w="74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Hersteller: Name des Modells (Version), Large Language Model, URL (Abruf: Datum).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OpenAI: ChatGPT (Version 14. Mai), Large Language Model, https://chat.openai.com (Abruf: 20.05.2024).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Kennzeichnung im Text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Direkt an der Stelle vermerken, wo die KI-Ausgabe eingeflossen ist, etwa „mit Unterstützung von ChatGPT formuliert“ oder „von Claude übersetzt, anschließend überarbeitet“.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reiner Sprachhilfe (Rechtschreibung, Stil) reicht meist ein Hinweis im Vorwort oder in der Eigenständigkeitserklärung.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inhaltlichen Vorschlägen der KI im laufenden Text belegen, an genau der Textstelle, wie bei jeder anderen Quelle.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Prompt-Dokumentation im Anhang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Viele Hochschulen verlangen einen Anhang mit den verwendeten Prompts: Datum, Werkzeug, vollständiger Prompt und, falls möglich, ein Verweis auf die Ausgabe.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KI-Verzeichnis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779"/>
        <w:gridCol w:w="1483"/>
        <w:gridCol w:w="2076"/>
        <w:gridCol w:w="1334"/>
        <w:gridCol w:w="2966"/>
      </w:tblGrid>
      <w:tr>
        <w:tc>
          <w:tcPr>
            <w:tcW w:type="dxa" w:w="177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Werkzeug</w:t>
            </w:r>
          </w:p>
        </w:tc>
        <w:tc>
          <w:tcPr>
            <w:tcW w:type="dxa" w:w="148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Version</w:t>
            </w:r>
          </w:p>
        </w:tc>
        <w:tc>
          <w:tcPr>
            <w:tcW w:type="dxa" w:w="207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Zweck</w:t>
            </w:r>
          </w:p>
        </w:tc>
        <w:tc>
          <w:tcPr>
            <w:tcW w:type="dxa" w:w="133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Datum</w:t>
            </w:r>
          </w:p>
        </w:tc>
        <w:tc>
          <w:tcPr>
            <w:tcW w:type="dxa" w:w="296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Prompt (Kurzfassung)</w:t>
            </w:r>
          </w:p>
        </w:tc>
      </w:tr>
      <w:tr>
        <w:tc>
          <w:tcPr>
            <w:tcW w:type="dxa" w:w="177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ChatGPT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GPT-4, 14.05.2024</w:t>
            </w:r>
          </w:p>
        </w:tc>
        <w:tc>
          <w:tcPr>
            <w:tcW w:type="dxa" w:w="207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Gliederung entworfen</w:t>
            </w:r>
          </w:p>
        </w:tc>
        <w:tc>
          <w:tcPr>
            <w:tcW w:type="dxa" w:w="13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02.05.2024</w:t>
            </w:r>
          </w:p>
        </w:tc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„Schlage eine Gliederung für Kapitel 3 vor“</w:t>
            </w:r>
          </w:p>
        </w:tc>
      </w:tr>
      <w:tr>
        <w:tc>
          <w:tcPr>
            <w:tcW w:type="dxa" w:w="177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Claude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Sonnet, Mai 2024</w:t>
            </w:r>
          </w:p>
        </w:tc>
        <w:tc>
          <w:tcPr>
            <w:tcW w:type="dxa" w:w="207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Text auf Klarheit geprüft</w:t>
            </w:r>
          </w:p>
        </w:tc>
        <w:tc>
          <w:tcPr>
            <w:tcW w:type="dxa" w:w="13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10.05.2024</w:t>
            </w:r>
          </w:p>
        </w:tc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„Prüfe diesen Absatz auf Verständlichkeit“</w:t>
            </w:r>
          </w:p>
        </w:tc>
      </w:tr>
      <w:tr>
        <w:tc>
          <w:tcPr>
            <w:tcW w:type="dxa" w:w="177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</w:r>
          </w:p>
        </w:tc>
        <w:tc>
          <w:tcPr>
            <w:tcW w:type="dxa" w:w="207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</w:r>
          </w:p>
        </w:tc>
        <w:tc>
          <w:tcPr>
            <w:tcW w:type="dxa" w:w="133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</w:r>
          </w:p>
        </w:tc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Eigenständigkeitserklärung und Hochschulregel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eigene Hochschule legt fest, ob und wie KI-Einsatz erlaubt ist. Vor der Abgabe die aktuelle Prüfungsordnung lesen und den KI-Einsatz genau so kennzeichnen, wie sie es verlangt, notfalls direkt bei der Betreuung nachfragen.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nicht geht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KI-Ausgabe als alleinigen Beleg für eine Tatsachenbehauptung verwenden, ohne Primärquelle.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von der KI genannte Quelle ungeprüft ins Literaturverzeichnis übernehmen: Titel, Jahr oder ganze Studien können erfunden sein.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KI-erzeugten Text unverändert und ohne Kennzeichnung als eigene Leistung ausgeben.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Checkliste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KI-Einsatz nach der Regel der eigenen Hochschule gekennzeichnet.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Jede von der KI genannte Quelle an der Originalquelle geprüft.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Prompts mit Datum und Werkzeug im Anhang dokumentiert.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Eigenständigkeitserklärung passt zum tatsächlichen KI-Einsatz.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KI-Quellen zitieren: Merkzettel für ChatGPT, Gemini, Claude und Copilot</dc:title>
  <dc:subject>Merkzettel zum Ausdrucken, zwei Seiten</dc:subject>
  <dc:creator>korrektur.de</dc:creator>
  <cp:keywords>KI zitieren, ChatGPT zitieren, Gemini, Claude, Copilot, Merkzettel</cp:keywords>
  <dc:description>Kostenlose Vorlage von korrektur.de. Aktuelle Fassung: https://korrektur.de/chatgpt-zitieren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