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Interpretation 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ein Gerüst für Einleitung, Analyse und Schluss. Es passt für ein Gedicht, eine Kurzgeschichte oder eine Dramenszene, von der neunten Klasse bis zum Abitur.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Formuliere die Deutungshypothese zuerst, auch wenn sie sich beim Schreiben noch verändert. Ohne Hypothese fehlt die rote Linie durch den Text.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Füll die Tabelle zu Aufbau und Form aus, bevor du die sprachlichen Mittel suchst. Die Form erklärt oft, warum ein Mittel an genau dieser Stelle steht.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Belege jedes Mittel mit einer Verszeile oder Zeilenangabe und einem Satz zur Wirkung. Ein Mittel ohne Wirkung ist nur eine Liste.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Bezieh dich im Schluss ausdrücklich auf die Hypothese aus der Einleitung zurück.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bei Interpretationen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Einleitung enthält keine Deutungshypothese, dadurch fehlt dem Text eine erkennbare These.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Hauptteil wird zur Nacherzählung, statt Stellen zu deuten.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Sprachliche Mittel werden benannt, aber die Wirkung fehlt.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wird im Präteritum geschrieben statt im Präsens.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Zitate stehen ohne Vers- oder Zeilenangabe im Text.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Deutungshypothese in der Einleitung formuliert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Präsens durchgehend verwendet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Zitate mit Vers- oder Zeilenangabe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Nacherzählung im Hauptteil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Schluss bezieht sich auf die Hypothese zurück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Interpretation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den Text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Einleitung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Autor/in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Textes]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Textsorte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[Gedicht, Kurzgeschichte, Dramenszene]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Erscheinungsjahr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Epoche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[Epoche, zum Beispiel Expressionismus]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Thema in einem Satz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BASISSATZ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[Autor], [Titel], [Textsorte: Gedicht, Kurzgeschichte, Dramenszene], erschienen [Jahr], behandelt [Thema in einem Satz].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DEUTUNGSHYPOTHESE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[Deine These zur Deutung des Textes, in einem Satz, der sich im Schluss bestätigen oder widerlegen lässt.]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KURZE INHALTSANGABE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[Drei bis vier Sätze zum Inhalt, im Präsens, ohne Wertung.]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Analyse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AUFBAU UND FORM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Strophen oder Abschnitte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[Anzahl und Länge]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Verse je Strophe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[Anzahl, falls Gedicht]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Reimschema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[z. B. Kreuzreim, Paarreim, kein Reim]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Metrum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[z. B. Jambus, kein festes Metrum]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Erzählperspektive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[Ich-, Er-, auktorial, falls Prosa]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Zeitgestaltung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[chronologisch, Rückblende, Zeitraffung]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SPRACHLICHE MITTEL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Stelle (Vers/Zeile)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Mittel und Wirkung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[Vers oder Zeile]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[Mittel], Wirkung: [was das Mittel im Text bewirkt]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[Vers oder Zeile]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[Mittel], Wirkung: [was das Mittel im Text bewirkt]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[Vers oder Zeile]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[Mittel], Wirkung: [was das Mittel im Text bewirkt]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[Vers oder Zeile]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[Mittel], Wirkung: [was das Mittel im Text bewirkt]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[Wie stützen Aufbau, Form und sprachliche Mittel die Deutungshypothese? Zwei bis drei Sätze mit Bezug auf die Tabellen oben.]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Schluss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RÜCKBEZUG AUF DIE HYPOTHESE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[Bestätigt oder verändert der Text im Rückblick die Hypothese aus der Einleitung? Ein bis zwei Sätze.]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BEWERTUNG UND EINORDNUNG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[Kurze Einordnung in Epoche oder literarischen Kontext, dazu eine knappe eigene Einschätzung.]</w:t>
      </w: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CHECKLISTE VOR DER ABGABE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67"/>
        <w:gridCol w:w="8221"/>
      </w:tblGrid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Durchgehend Präsens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Zitate mit Vers- oder Zeilenangabe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Keine Nacherzählung, sondern Deutung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Schluss bezieht sich auf die Hypothese zurück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schreiben: Aufbau mit Deutungshypothese</dc:title>
  <dc:subject>Einleitung, Analyse und Schluss für Gedicht, Kurzgeschichte oder Dramenszene</dc:subject>
  <dc:creator>korrektur.de</dc:creator>
  <cp:keywords>Interpretation, Vorlage, Muster, Gedichtinterpretation, Textanalyse, Deutungshypothese, Schule, Abitur, Word</cp:keywords>
  <dc:description>Kostenlose Vorlage von korrektur.de. Aktuelle Fassung: https://korrektur.de/interpretation-schreiben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