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Internetquellen zitieren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Pflichtangaben für Internetquellen und die Muster für die häufigsten Quellenarten in APA 7, Harvard und deutscher Zitierweise.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Arbeiten, in denen neben Büchern und Aufsätzen viele Websites, PDFs und Onlineartikel als Quelle dienen.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Umgang mit Sonderfällen: kein Autor sichtbar, kein Datum angegeben, oder eine Seite ohne Seitenzahlen.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schnelle Kontrolle, ob eine Internetquelle wirklich alle Pflichtangaben trägt, bevor sie ins Verzeichnis kommt.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Nur die URL notiert, ohne Autor, Titel und Datum: ohne diese Angaben lässt sich die Quelle später nicht mehr belegen.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Wikipedia unbesehen wie eine Fachquelle behandelt, obwohl die meisten Prüfungsordnungen sie nur als Einstieg erlauben.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einer Seite ohne Seitenzahlen einfach keine Fundstelle angegeben, statt Absätze oder Abschnitte zu zählen.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„o. D.“ und „n. d.“ vermischt, obwohl nur eine der beiden Formen zum gewählten Zitierstil passt.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Internetquelle ohne Autor, Datum oder Abrufdatum fällt bei der Prüfung schneller auf als ein Fehler mitten im Text. Wir gleichen jede Onlinequelle gegen die Pflichtangaben ab: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Internetquellen zitieren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Autor oder Organisation, Datum, Titel und URL: fehlt eine dieser vier Angaben, ist die Quelle nicht vollständig belegt.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Pflichtangaben, in jedem Zitierstil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Autor oder Organisation: eine Person, eine Redaktion oder eine Institution als Urheberin des Inhalts.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Datum: Erscheinungs- oder letztes Aktualisierungsdatum, sonst „o. D.“ (deutsch) oder „n. d.“ (englischsprachige Stile).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Titel: der Titel der Seite oder des Dokuments, wie er dort steht.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URL: die vollständige Adresse, ohne Trackingparameter.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Abrufdatum: bei Harvard und deutscher Zitierweise so gut wie immer Pflicht, bei APA 7 nur bei Inhalten, die sich häufig ändern.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Im Text, in drei Zitierweisen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95"/>
        <w:gridCol w:w="7043"/>
      </w:tblGrid>
      <w:tr>
        <w:tc>
          <w:tcPr>
            <w:tcW w:type="dxa" w:w="25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Zitierweise</w:t>
            </w:r>
          </w:p>
        </w:tc>
        <w:tc>
          <w:tcPr>
            <w:tcW w:type="dxa" w:w="704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Beispiel im Text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APA 7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(Bundesministerium für Bildung und Forschung [BMBF], 2023)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Harvard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(BMBF 2023) oder (BMBF, 2023)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Deutsche Zitierweise (Fußnote)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Vgl. BMBF, Studienfinanzierung, 2023.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Muster nach Quellenart (APA 7)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372"/>
        <w:gridCol w:w="7266"/>
      </w:tblGrid>
      <w:tr>
        <w:tc>
          <w:tcPr>
            <w:tcW w:type="dxa" w:w="23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Quellenart</w:t>
            </w:r>
          </w:p>
        </w:tc>
        <w:tc>
          <w:tcPr>
            <w:tcW w:type="dxa" w:w="72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Muster und Beispiel</w:t>
            </w:r>
          </w:p>
        </w:tc>
      </w:tr>
      <w:tr>
        <w:tc>
          <w:tcPr>
            <w:tcW w:type="dxa" w:w="23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Website</w:t>
            </w:r>
          </w:p>
        </w:tc>
        <w:tc>
          <w:tcPr>
            <w:tcW w:type="dxa" w:w="72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Autor/Organisation. (Jahr). Titel kursiv. Website.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BMBF. (2023). BAföG: Alle Antworten auf einen Blick. https://bmbf.de/bafoeg</w:t>
            </w:r>
          </w:p>
        </w:tc>
      </w:tr>
      <w:tr>
        <w:tc>
          <w:tcPr>
            <w:tcW w:type="dxa" w:w="23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PDF-Bericht</w:t>
            </w:r>
          </w:p>
        </w:tc>
        <w:tc>
          <w:tcPr>
            <w:tcW w:type="dxa" w:w="72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Autor/Organisation. (Jahr). Titel kursiv [PDF]. Herausgeber.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Statistisches Bundesamt. (2023). Studierende an Hochschulen [PDF]. Destatis. https://destatis.de/studierende.pdf</w:t>
            </w:r>
          </w:p>
        </w:tc>
      </w:tr>
      <w:tr>
        <w:tc>
          <w:tcPr>
            <w:tcW w:type="dxa" w:w="23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Online-Artikel</w:t>
            </w:r>
          </w:p>
        </w:tc>
        <w:tc>
          <w:tcPr>
            <w:tcW w:type="dxa" w:w="72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Nachname, V. (Jahr, Tag Monat). Titel kursiv. Website.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Osei, L. (2022, 14. März). Wie Zitate wirklich funktionieren. korrektur.de. https://korrektur.de/internetquellen-zitieren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Muster nach Quellenart, Fortsetzung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372"/>
        <w:gridCol w:w="7266"/>
      </w:tblGrid>
      <w:tr>
        <w:tc>
          <w:tcPr>
            <w:tcW w:type="dxa" w:w="23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Quellenart</w:t>
            </w:r>
          </w:p>
        </w:tc>
        <w:tc>
          <w:tcPr>
            <w:tcW w:type="dxa" w:w="72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Muster und Beispiel</w:t>
            </w:r>
          </w:p>
        </w:tc>
      </w:tr>
      <w:tr>
        <w:tc>
          <w:tcPr>
            <w:tcW w:type="dxa" w:w="23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Video</w:t>
            </w:r>
          </w:p>
        </w:tc>
        <w:tc>
          <w:tcPr>
            <w:tcW w:type="dxa" w:w="72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Kanalname/Nachname, V. (Jahr, Tag Monat). Titel kursiv [Video]. Plattform.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Studienkanal. (2022, 3. Mai). Zitieren in fünf Minuten [Video]. YouTube. https://youtube.com/watch?v=beispiel</w:t>
            </w:r>
          </w:p>
        </w:tc>
      </w:tr>
      <w:tr>
        <w:tc>
          <w:tcPr>
            <w:tcW w:type="dxa" w:w="23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Social-Media-Beitrag</w:t>
            </w:r>
          </w:p>
        </w:tc>
        <w:tc>
          <w:tcPr>
            <w:tcW w:type="dxa" w:w="72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Autor/Konto [@Handle]. (Jahr, Tag Monat). Erste Worte des Beitrags als Titel [Plattform-Beitrag]. Plattform. URL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Uni Leipzig [@unileipzig]. (2023, 9. Januar). Die Bibliothek hat verlängerte Öffnungszeiten [Beitrag]. Instagram. https://instagram.com/p/beispiel</w:t>
            </w:r>
          </w:p>
        </w:tc>
      </w:tr>
      <w:tr>
        <w:tc>
          <w:tcPr>
            <w:tcW w:type="dxa" w:w="23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Wikipedia</w:t>
            </w:r>
          </w:p>
        </w:tc>
        <w:tc>
          <w:tcPr>
            <w:tcW w:type="dxa" w:w="72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Wikipedia. (Jahr, Tag Monat). Artikeltitel kursiv. In Wikipedia. URL (Version vom Datum)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Wikipedia. (2023, 2. Februar). Bologna-Prozess. In Wikipedia. https://de.wikipedia.org/wiki/Bologna-Prozess (nur als Einstieg zitieren, nicht als Fachquelle)</w:t>
            </w:r>
          </w:p>
        </w:tc>
      </w:tr>
    </w:tbl>
    <w:p>
      <w:pPr>
        <w:spacing w:before="0" w:after="120" w:line="276" w:lineRule="auto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Sonderfälle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Autor sichtbar: die herausgebende Organisation oder Redaktion einsetzen, keinesfalls die Angabe weglassen.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Datum: „o. D.“ (deutsche Zitierweise, Harvard) oder „n. d.“ (APA 7) an die Stelle des Jahres setzen.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 ohne Seitenzahlen: Absätze zählen und als „Abs. 4“ oder Überschriftsabschnitt angeben, statt gar keine Fundstelle zu nennen.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Mehrere Seiten derselben Website im selben Jahr: wie bei Büchern nach Titel sortieren und „2023a“, „2023b“ anhängen.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Innerhalb einer Arbeit nur eine der beiden Formen „o. D.“ oder „n. d.“ durchgehend verwenden.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Checkliste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Autor oder Organisation, Datum, Titel und URL vollständig notiert.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Abrufdatum vermerkt, wenn der gewählte Stil es verlangt.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Wikipedia nur als Einstieg verwendet, nicht als wissenschaftlicher Beleg.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Bei Seiten ohne Seitenzahlen Absätze oder Abschnitte gezählt.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Bei Quellen, die sich ändern können, eine Archivversion (zum Beispiel über die Wayback Machine) gesichert.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Internetquellen zitieren: Merkzettel mit APA 7, Harvard und deutscher Zitierweise</dc:title>
  <dc:subject>Merkzettel zum Ausdrucken, zwei Seiten</dc:subject>
  <dc:creator>korrektur.de</dc:creator>
  <cp:keywords>Internetquellen zitieren, APA 7, Harvard, deutsche Zitierweise, Merkzettel</cp:keywords>
  <dc:description>Kostenlose Vorlage von korrektur.de. Aktuelle Fassung: https://korrektur.de/internetquellen-zitieren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