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Fachbegriffe richtig schreiben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 Merkzettel mit den Fachwörtern, die im Studium am häufigsten falsch geschrieben werden, jeweils mit der richtigen Form, der Eselsbrücke und der Herkunft.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Für Deckblatt, Titel, Anschreiben und Literaturverzeichnis: dort fällt ein falsch geschriebenes Fachwort sofort auf.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 der Abgabe als letzter Durchgang nur über die Fachwörter.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Für die Suche im eigenen Text: jedes Wort einmal nachschlagen, das auf dieser Liste steht.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Buchstabe zu viel oder zu wenig in einem Wort, das die Rechtschreibprüfung durchgehen lässt.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Doppelbuchstaben an der falschen Stelle: Korrelation hat zwei r und ein l, Konnotation zwei n und ein 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Lateinische Formeln werden eingedeutscht: aus magna cum laude wird magna cum laufe.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Alle Merkzettel ansehen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Fachbegriffe richtig schreiben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Fast alle diese Wörter kommen aus dem Lateinischen. Wer die Wurzel kennt, schreibt sie richtig: Dissertation kommt von dissertare (erörtern), Korrelation von relatio (Beziehung), Kolloquium von colloqui (sich besprechen).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Studium und Abschluss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699"/>
        <w:gridCol w:w="3470"/>
        <w:gridCol w:w="3470"/>
      </w:tblGrid>
      <w:tr>
        <w:tc>
          <w:tcPr>
            <w:tcW w:type="dxa" w:w="269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Richtig</w:t>
            </w:r>
          </w:p>
        </w:tc>
        <w:tc>
          <w:tcPr>
            <w:tcW w:type="dxa" w:w="347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Häufig falsch</w:t>
            </w:r>
          </w:p>
        </w:tc>
        <w:tc>
          <w:tcPr>
            <w:tcW w:type="dxa" w:w="347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Merkhilfe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Bachelorarbeit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Bachalorarbeit, Bachlorarbeit, Bachleorarbeit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Bachelor wie der englische Titel: b-a-c-h-e-l-o-r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Dissertation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Disertation, Dissertion, Disortation, Disseration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Doppel-s in der Mitte, dann -tation wie Station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Doktorarbeit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Doctor-Arbeit, Doktor Arbeit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Deutsches Wort mit k, in einem Wort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Exposé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Exposse, Expise, Exposee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Französisch, mit Accent aigu; Exposee ist die eingedeutschte Form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Kolloquium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Kollogium, Kolloquim, Kolokwium, Kolloq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qu wie in Quelle, Plural: Kolloquien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konsekutiv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konsequtiv, konsekutive Master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von consecutus (nachfolgend), mit k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magna cum laude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magna cum laufe, magna vum laude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drei getrennte lateinische Wörter, klein geschrieben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Literaturverzeichnis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Literaturverzechnis, Literaturverzeichnus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Verzeichnis wie Zeichen: z-e-i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Bewerbung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Bwerbung, Bewebung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be + Werbung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Methode und Sprachwissenschaft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699"/>
        <w:gridCol w:w="3470"/>
        <w:gridCol w:w="3470"/>
      </w:tblGrid>
      <w:tr>
        <w:tc>
          <w:tcPr>
            <w:tcW w:type="dxa" w:w="269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Richtig</w:t>
            </w:r>
          </w:p>
        </w:tc>
        <w:tc>
          <w:tcPr>
            <w:tcW w:type="dxa" w:w="347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Häufig falsch</w:t>
            </w:r>
          </w:p>
        </w:tc>
        <w:tc>
          <w:tcPr>
            <w:tcW w:type="dxa" w:w="347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5"/>
              </w:rPr>
              <w:t>Merkhilfe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Korrelation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Korelation, Korellation, Korrrelation, Korrekation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Doppel-r, einfaches l: kor + Relation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korrelieren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korrellieren, korreliert (als Substantiv)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Gleiches Muster: Doppel-r, einfaches l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Konnotation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Konotation, Konnation, Konnutiert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Doppel-n, einfaches t: kon + Notation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konnotiert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konotiert, konutiert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Partizip zu konnotieren, gleiche Schreibung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Denotation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Denotat (anderes Wort), Deonym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Ein n, ein t; das Denotat ist der bezeichnete Gegenstand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Adjektiv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Addjektiv, Adjecktive, Adjetiv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ad + jektiv, ein d, kein c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Auswertung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Auswerung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aus + werten + ung, das t bleibt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zitieren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citieren, citar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Im Deutschen mit z, lateinisch citare</w:t>
            </w:r>
          </w:p>
        </w:tc>
      </w:tr>
      <w:tr>
        <w:tc>
          <w:tcPr>
            <w:tcW w:type="dxa" w:w="269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5"/>
              </w:rPr>
              <w:t>Grammatikprüfung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Gramtik-Check, Grammtik-Check</w:t>
            </w:r>
          </w:p>
        </w:tc>
        <w:tc>
          <w:tcPr>
            <w:tcW w:type="dxa" w:w="34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5"/>
              </w:rPr>
              <w:t>Doppel-m, ein t: Gram-ma-tik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Drei Regeln, die die meisten Fälle abdecken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Lateinische Vorsilbe verdoppelt den folgenden Buchstaben: kon + Notation wird Konnotation, kor + Relation wird Korrelation.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Rechtschreibprüfung fängt diese Wörter nicht ab, weil viele Fehlformen echten Wörtern ähneln. Deckblatt und Literaturverzeichnis deshalb von Hand lesen.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Zweifel die Wurzel nachschlagen, nicht die Häufigkeit in der Suchmaschine: falsche Formen sind oft häufiger als richtige.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Fachbegriffe richtig schreiben: Merkzettel für Studium und Arbeit</dc:title>
  <dc:subject>Merkzettel zum Ausdrucken, zwei Seiten</dc:subject>
  <dc:creator>korrektur.de</dc:creator>
  <cp:keywords>Bachelorarbeit Schreibweise, Dissertation, Exposé, Kolloquium, Korrelation, Konnotation, Literaturverzeichnis, magna cum laude</cp:keywords>
  <dc:description>Kostenlose Vorlage von korrektur.de. Aktuelle Fassung: https://korrektur.de/rechtschreibfehler-pruefen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