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VORLAGE ZUM FREIEN GEBRAUCH</w:t>
      </w:r>
    </w:p>
    <w:p>
      <w:pPr>
        <w:spacing w:before="0" w:after="280" w:line="252" w:lineRule="auto"/>
      </w:pPr>
      <w:r>
        <w:rPr>
          <w:rFonts w:ascii="Arial" w:hAnsi="Arial"/>
          <w:b/>
          <w:i w:val="0"/>
          <w:color w:val="111111"/>
          <w:sz w:val="38"/>
        </w:rPr>
        <w:t>Exzerpt-Vorlage</w:t>
      </w:r>
    </w:p>
    <w:p>
      <w:pPr>
        <w:spacing w:before="0" w:after="160" w:line="276" w:lineRule="auto"/>
      </w:pPr>
      <w:r>
        <w:rPr>
          <w:rFonts w:ascii="Arial" w:hAnsi="Arial"/>
          <w:b w:val="0"/>
          <w:i w:val="0"/>
          <w:color w:val="111111"/>
          <w:sz w:val="22"/>
        </w:rPr>
        <w:t>Ein Exzerpt ist kein Klappentext. Es ist ein Auszug, gelesen mit einer eigenen Frage im Kopf. Trenn dabei immer Zitat, Paraphrase und eigenen Gedanken, sonst verschwimmt später, was von dir und was von der Quelle stammt.</w:t>
      </w:r>
    </w:p>
    <w:p>
      <w:pPr>
        <w:spacing w:before="280" w:after="120" w:line="276" w:lineRule="auto"/>
      </w:pPr>
      <w:r>
        <w:rPr>
          <w:rFonts w:ascii="Arial" w:hAnsi="Arial"/>
          <w:b/>
          <w:i w:val="0"/>
          <w:color w:val="111111"/>
          <w:sz w:val="24"/>
        </w:rPr>
        <w:t>So arbeitest du damit</w:t>
      </w:r>
    </w:p>
    <w:p>
      <w:pPr>
        <w:spacing w:before="0" w:after="80" w:line="276" w:lineRule="auto"/>
        <w:ind w:left="425" w:hanging="425"/>
      </w:pPr>
      <w:r>
        <w:rPr>
          <w:rFonts w:ascii="Arial" w:hAnsi="Arial"/>
          <w:b/>
          <w:color w:val="006B46"/>
        </w:rPr>
        <w:t xml:space="preserve">1.  </w:t>
      </w:r>
      <w:r>
        <w:rPr>
          <w:rFonts w:ascii="Arial" w:hAnsi="Arial"/>
          <w:sz w:val="22"/>
        </w:rPr>
        <w:t>Lösche diese Seite. Sie gehört nicht in die Abgabe.</w:t>
      </w:r>
    </w:p>
    <w:p>
      <w:pPr>
        <w:spacing w:before="0" w:after="80" w:line="276" w:lineRule="auto"/>
        <w:ind w:left="425" w:hanging="425"/>
      </w:pPr>
      <w:r>
        <w:rPr>
          <w:rFonts w:ascii="Arial" w:hAnsi="Arial"/>
          <w:b/>
          <w:color w:val="006B46"/>
        </w:rPr>
        <w:t xml:space="preserve">2.  </w:t>
      </w:r>
      <w:r>
        <w:rPr>
          <w:rFonts w:ascii="Arial" w:hAnsi="Arial"/>
          <w:sz w:val="22"/>
        </w:rPr>
        <w:t>Trag oben die Leitfrage ein, mit der du liest. Ohne Frage wird aus dem Exzerpt eine Zusammenfassung.</w:t>
      </w:r>
    </w:p>
    <w:p>
      <w:pPr>
        <w:spacing w:before="0" w:after="80" w:line="276" w:lineRule="auto"/>
        <w:ind w:left="425" w:hanging="425"/>
      </w:pPr>
      <w:r>
        <w:rPr>
          <w:rFonts w:ascii="Arial" w:hAnsi="Arial"/>
          <w:b/>
          <w:color w:val="006B46"/>
        </w:rPr>
        <w:t xml:space="preserve">3.  </w:t>
      </w:r>
      <w:r>
        <w:rPr>
          <w:rFonts w:ascii="Arial" w:hAnsi="Arial"/>
          <w:sz w:val="22"/>
        </w:rPr>
        <w:t>Notiere zu jeder Stelle die Seitenzahl sofort. Im Nachhinein findest du sie oft nicht wieder.</w:t>
      </w:r>
    </w:p>
    <w:p>
      <w:pPr>
        <w:spacing w:before="0" w:after="80" w:line="276" w:lineRule="auto"/>
        <w:ind w:left="425" w:hanging="425"/>
      </w:pPr>
      <w:r>
        <w:rPr>
          <w:rFonts w:ascii="Arial" w:hAnsi="Arial"/>
          <w:b/>
          <w:color w:val="006B46"/>
        </w:rPr>
        <w:t xml:space="preserve">4.  </w:t>
      </w:r>
      <w:r>
        <w:rPr>
          <w:rFonts w:ascii="Arial" w:hAnsi="Arial"/>
          <w:sz w:val="22"/>
        </w:rPr>
        <w:t>Setz Zitate in „…“ und schreib Paraphrasen in eigenen Worten. Beides bekommt trotzdem eine Seitenzahl.</w:t>
      </w:r>
    </w:p>
    <w:p>
      <w:pPr>
        <w:spacing w:before="0" w:after="80" w:line="276" w:lineRule="auto"/>
        <w:ind w:left="425" w:hanging="425"/>
      </w:pPr>
      <w:r>
        <w:rPr>
          <w:rFonts w:ascii="Arial" w:hAnsi="Arial"/>
          <w:b/>
          <w:color w:val="006B46"/>
        </w:rPr>
        <w:t xml:space="preserve">5.  </w:t>
      </w:r>
      <w:r>
        <w:rPr>
          <w:rFonts w:ascii="Arial" w:hAnsi="Arial"/>
          <w:sz w:val="22"/>
        </w:rPr>
        <w:t>Füll die Kernaussage erst am Ende aus, wenn du die ganze Quelle gelesen hast.</w:t>
      </w:r>
    </w:p>
    <w:p>
      <w:pPr>
        <w:spacing w:before="280" w:after="120" w:line="276" w:lineRule="auto"/>
      </w:pPr>
      <w:r>
        <w:rPr>
          <w:rFonts w:ascii="Arial" w:hAnsi="Arial"/>
          <w:b/>
          <w:i w:val="0"/>
          <w:color w:val="111111"/>
          <w:sz w:val="24"/>
        </w:rPr>
        <w:t>Woran Exzerpte häufig scheitern</w:t>
      </w:r>
    </w:p>
    <w:p>
      <w:pPr>
        <w:spacing w:before="0" w:after="80" w:line="276" w:lineRule="auto"/>
        <w:ind w:left="340" w:hanging="340"/>
      </w:pPr>
      <w:r>
        <w:rPr>
          <w:color w:val="00A85A"/>
        </w:rPr>
        <w:t xml:space="preserve">▪  </w:t>
      </w:r>
      <w:r>
        <w:rPr>
          <w:rFonts w:ascii="Arial" w:hAnsi="Arial"/>
          <w:sz w:val="22"/>
        </w:rPr>
        <w:t>Alles wird abgeschrieben statt ausgewählt, das Exzerpt wird so lang wie die Quelle selbst.</w:t>
      </w:r>
    </w:p>
    <w:p>
      <w:pPr>
        <w:spacing w:before="0" w:after="80" w:line="276" w:lineRule="auto"/>
        <w:ind w:left="340" w:hanging="340"/>
      </w:pPr>
      <w:r>
        <w:rPr>
          <w:color w:val="00A85A"/>
        </w:rPr>
        <w:t xml:space="preserve">▪  </w:t>
      </w:r>
      <w:r>
        <w:rPr>
          <w:rFonts w:ascii="Arial" w:hAnsi="Arial"/>
          <w:sz w:val="22"/>
        </w:rPr>
        <w:t>Seitenzahlen fehlen, dadurch lässt sich die Stelle beim Schreiben nicht mehr belegen.</w:t>
      </w:r>
    </w:p>
    <w:p>
      <w:pPr>
        <w:spacing w:before="0" w:after="80" w:line="276" w:lineRule="auto"/>
        <w:ind w:left="340" w:hanging="340"/>
      </w:pPr>
      <w:r>
        <w:rPr>
          <w:color w:val="00A85A"/>
        </w:rPr>
        <w:t xml:space="preserve">▪  </w:t>
      </w:r>
      <w:r>
        <w:rPr>
          <w:rFonts w:ascii="Arial" w:hAnsi="Arial"/>
          <w:sz w:val="22"/>
        </w:rPr>
        <w:t>Eigene Gedanken und fremder Inhalt vermischen sich in einem Satz, ohne dass klar wird, wer was sagt.</w:t>
      </w:r>
    </w:p>
    <w:p>
      <w:pPr>
        <w:spacing w:before="0" w:after="80" w:line="276" w:lineRule="auto"/>
        <w:ind w:left="340" w:hanging="340"/>
      </w:pPr>
      <w:r>
        <w:rPr>
          <w:color w:val="00A85A"/>
        </w:rPr>
        <w:t xml:space="preserve">▪  </w:t>
      </w:r>
      <w:r>
        <w:rPr>
          <w:rFonts w:ascii="Arial" w:hAnsi="Arial"/>
          <w:sz w:val="22"/>
        </w:rPr>
        <w:t>Kein Bezug zur eigenen Forschungsfrage, das Exzerpt bleibt reine Quellenwiedergabe.</w:t>
      </w:r>
    </w:p>
    <w:p>
      <w:pPr>
        <w:spacing w:before="0" w:after="80" w:line="276" w:lineRule="auto"/>
        <w:ind w:left="340" w:hanging="340"/>
      </w:pPr>
      <w:r>
        <w:rPr>
          <w:color w:val="00A85A"/>
        </w:rPr>
        <w:t xml:space="preserve">▪  </w:t>
      </w:r>
      <w:r>
        <w:rPr>
          <w:rFonts w:ascii="Arial" w:hAnsi="Arial"/>
          <w:sz w:val="22"/>
        </w:rPr>
        <w:t>Die Quellenangabe oben im Kopf fehlt, danach ist unklar, welche Ausgabe oder Auflage gemeint war.</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Vor dem Abschluss geprüft</w:t>
            </w:r>
          </w:p>
          <w:p>
            <w:pPr>
              <w:spacing w:after="40"/>
            </w:pPr>
            <w:r>
              <w:rPr>
                <w:rFonts w:ascii="Arial" w:hAnsi="Arial"/>
                <w:color w:val="111111"/>
                <w:sz w:val="20"/>
              </w:rPr>
              <w:t>Vollbeleg der Quelle steht oben</w:t>
            </w:r>
          </w:p>
          <w:p>
            <w:pPr>
              <w:spacing w:after="40"/>
            </w:pPr>
            <w:r>
              <w:rPr>
                <w:rFonts w:ascii="Arial" w:hAnsi="Arial"/>
                <w:color w:val="111111"/>
                <w:sz w:val="20"/>
              </w:rPr>
              <w:t>Leitfrage beim Lesen eingetragen</w:t>
            </w:r>
          </w:p>
          <w:p>
            <w:pPr>
              <w:spacing w:after="40"/>
            </w:pPr>
            <w:r>
              <w:rPr>
                <w:rFonts w:ascii="Arial" w:hAnsi="Arial"/>
                <w:color w:val="111111"/>
                <w:sz w:val="20"/>
              </w:rPr>
              <w:t>Jede Stelle mit Seitenzahl belegt</w:t>
            </w:r>
          </w:p>
          <w:p>
            <w:pPr>
              <w:spacing w:after="40"/>
            </w:pPr>
            <w:r>
              <w:rPr>
                <w:rFonts w:ascii="Arial" w:hAnsi="Arial"/>
                <w:color w:val="111111"/>
                <w:sz w:val="20"/>
              </w:rPr>
              <w:t>Zitat und Paraphrase klar getrennt</w:t>
            </w:r>
          </w:p>
          <w:p>
            <w:pPr>
              <w:spacing w:after="160"/>
            </w:pPr>
            <w:r>
              <w:rPr>
                <w:rFonts w:ascii="Arial" w:hAnsi="Arial"/>
                <w:color w:val="111111"/>
                <w:sz w:val="20"/>
              </w:rPr>
              <w:t>Kernaussage und Kapitel-Bezug ausgefüllt</w:t>
            </w:r>
          </w:p>
        </w:tc>
      </w:tr>
    </w:tbl>
    <w:p>
      <w:pPr>
        <w:spacing w:before="0" w:after="180" w:line="20" w:lineRule="exact"/>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die Exzerpte in den Text wandern</w:t>
            </w:r>
          </w:p>
          <w:p>
            <w:pPr>
              <w:spacing w:after="120"/>
            </w:pPr>
            <w:r>
              <w:rPr>
                <w:rFonts w:ascii="Arial" w:hAnsi="Arial"/>
                <w:sz w:val="20"/>
              </w:rPr>
              <w:t xml:space="preserve">Zitate und Paraphrasen müssen sprachlich sauber in deinen Text übergehen. Wir lesen dagegen: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 Vorlage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0" w:after="200" w:line="276" w:lineRule="auto"/>
      </w:pPr>
      <w:r>
        <w:rPr>
          <w:rFonts w:ascii="Arial" w:hAnsi="Arial"/>
          <w:b/>
          <w:i w:val="0"/>
          <w:color w:val="111111"/>
          <w:sz w:val="32"/>
        </w:rPr>
        <w:t>Exzerpt</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2494"/>
        <w:gridCol w:w="6294"/>
      </w:tblGrid>
      <w:tr>
        <w:tc>
          <w:tcPr>
            <w:tcW w:type="dxa" w:w="2494"/>
            <w:tcMar>
              <w:left w:w="0" w:type="dxa"/>
              <w:right w:w="170" w:type="dxa"/>
            </w:tcMar>
          </w:tcPr>
          <w:p>
            <w:pPr>
              <w:spacing w:after="80"/>
            </w:pPr>
            <w:r>
              <w:rPr>
                <w:rFonts w:ascii="Arial" w:hAnsi="Arial"/>
                <w:color w:val="555555"/>
                <w:sz w:val="21"/>
              </w:rPr>
              <w:t>Quelle (Vollbeleg)</w:t>
            </w:r>
          </w:p>
        </w:tc>
        <w:tc>
          <w:tcPr>
            <w:tcW w:type="dxa" w:w="6294"/>
            <w:tcMar>
              <w:left w:w="0" w:type="dxa"/>
              <w:right w:w="170" w:type="dxa"/>
            </w:tcMar>
          </w:tcPr>
          <w:p>
            <w:pPr>
              <w:spacing w:after="80"/>
            </w:pPr>
            <w:r>
              <w:rPr>
                <w:rFonts w:ascii="Arial" w:hAnsi="Arial"/>
                <w:b w:val="0"/>
                <w:color w:val="111111"/>
                <w:sz w:val="22"/>
              </w:rPr>
              <w:t>[Nachname, Vorname (Jahr): Titel. Ort: Verlag.]</w:t>
            </w:r>
          </w:p>
        </w:tc>
      </w:tr>
      <w:tr>
        <w:tc>
          <w:tcPr>
            <w:tcW w:type="dxa" w:w="2494"/>
            <w:tcMar>
              <w:left w:w="0" w:type="dxa"/>
              <w:right w:w="170" w:type="dxa"/>
            </w:tcMar>
          </w:tcPr>
          <w:p>
            <w:pPr>
              <w:spacing w:after="80"/>
            </w:pPr>
            <w:r>
              <w:rPr>
                <w:rFonts w:ascii="Arial" w:hAnsi="Arial"/>
                <w:color w:val="555555"/>
                <w:sz w:val="21"/>
              </w:rPr>
              <w:t>Datum</w:t>
            </w:r>
          </w:p>
        </w:tc>
        <w:tc>
          <w:tcPr>
            <w:tcW w:type="dxa" w:w="6294"/>
            <w:tcMar>
              <w:left w:w="0" w:type="dxa"/>
              <w:right w:w="170" w:type="dxa"/>
            </w:tcMar>
          </w:tcPr>
          <w:p>
            <w:pPr>
              <w:spacing w:after="80"/>
            </w:pPr>
            <w:r>
              <w:rPr>
                <w:rFonts w:ascii="Arial" w:hAnsi="Arial"/>
                <w:b w:val="0"/>
                <w:color w:val="111111"/>
                <w:sz w:val="22"/>
              </w:rPr>
              <w:t>[TT.MM.JJJJ]</w:t>
            </w:r>
          </w:p>
        </w:tc>
      </w:tr>
      <w:tr>
        <w:tc>
          <w:tcPr>
            <w:tcW w:type="dxa" w:w="2494"/>
            <w:tcMar>
              <w:left w:w="0" w:type="dxa"/>
              <w:right w:w="170" w:type="dxa"/>
            </w:tcMar>
          </w:tcPr>
          <w:p>
            <w:pPr>
              <w:spacing w:after="80"/>
            </w:pPr>
            <w:r>
              <w:rPr>
                <w:rFonts w:ascii="Arial" w:hAnsi="Arial"/>
                <w:color w:val="555555"/>
                <w:sz w:val="21"/>
              </w:rPr>
              <w:t>Leitfrage beim Lesen</w:t>
            </w:r>
          </w:p>
        </w:tc>
        <w:tc>
          <w:tcPr>
            <w:tcW w:type="dxa" w:w="6294"/>
            <w:tcMar>
              <w:left w:w="0" w:type="dxa"/>
              <w:right w:w="170" w:type="dxa"/>
            </w:tcMar>
          </w:tcPr>
          <w:p>
            <w:pPr>
              <w:spacing w:after="80"/>
            </w:pPr>
            <w:r>
              <w:rPr>
                <w:rFonts w:ascii="Arial" w:hAnsi="Arial"/>
                <w:b w:val="0"/>
                <w:color w:val="111111"/>
                <w:sz w:val="22"/>
              </w:rPr>
              <w:t>[Frage, mit der du diese Quelle liest]</w:t>
            </w:r>
          </w:p>
        </w:tc>
      </w:tr>
      <w:tr>
        <w:tc>
          <w:tcPr>
            <w:tcW w:type="dxa" w:w="2494"/>
            <w:tcMar>
              <w:left w:w="0" w:type="dxa"/>
              <w:right w:w="170" w:type="dxa"/>
            </w:tcMar>
          </w:tcPr>
          <w:p>
            <w:pPr>
              <w:spacing w:after="80"/>
            </w:pPr>
            <w:r>
              <w:rPr>
                <w:rFonts w:ascii="Arial" w:hAnsi="Arial"/>
                <w:color w:val="555555"/>
                <w:sz w:val="21"/>
              </w:rPr>
              <w:t>Signatur / Fundort</w:t>
            </w:r>
          </w:p>
        </w:tc>
        <w:tc>
          <w:tcPr>
            <w:tcW w:type="dxa" w:w="6294"/>
            <w:tcMar>
              <w:left w:w="0" w:type="dxa"/>
              <w:right w:w="170" w:type="dxa"/>
            </w:tcMar>
          </w:tcPr>
          <w:p>
            <w:pPr>
              <w:spacing w:after="80"/>
            </w:pPr>
            <w:r>
              <w:rPr>
                <w:rFonts w:ascii="Arial" w:hAnsi="Arial"/>
                <w:b w:val="0"/>
                <w:color w:val="111111"/>
                <w:sz w:val="22"/>
              </w:rPr>
              <w:t>[Bibliothek, Datenbank oder Link]</w:t>
            </w:r>
          </w:p>
        </w:tc>
      </w:tr>
    </w:tbl>
    <w:p>
      <w:pPr>
        <w:spacing w:before="0" w:after="0" w:line="276" w:lineRule="auto"/>
      </w:pP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AUSZÜGE</w:t>
      </w:r>
    </w:p>
    <w:tbl>
      <w:tblPr>
        <w:tblW w:type="auto" w:w="0"/>
        <w:jc w:val="left"/>
        <w:tblLayout w:type="fixed"/>
        <w:tblLook w:firstColumn="1" w:firstRow="1" w:lastColumn="0" w:lastRow="0" w:noHBand="0" w:noVBand="1" w:val="04A0"/>
        <w:tblLayout w:type="fixed"/>
        <w:tblBorders>
          <w:top w:val="none" w:sz="0"/>
          <w:left w:val="none" w:sz="0"/>
          <w:bottom w:val="none" w:sz="0"/>
          <w:right w:val="none" w:sz="0"/>
          <w:insideH w:val="none" w:sz="0"/>
          <w:insideV w:val="none" w:sz="0"/>
        </w:tblBorders>
      </w:tblPr>
      <w:tblGrid>
        <w:gridCol w:w="1020"/>
        <w:gridCol w:w="7768"/>
      </w:tblGrid>
      <w:tr>
        <w:tc>
          <w:tcPr>
            <w:tcW w:type="dxa" w:w="1020"/>
            <w:tcMar>
              <w:left w:w="0" w:type="dxa"/>
              <w:right w:w="170" w:type="dxa"/>
            </w:tcMar>
          </w:tcPr>
          <w:p>
            <w:pPr>
              <w:spacing w:after="80"/>
            </w:pPr>
            <w:r>
              <w:rPr>
                <w:rFonts w:ascii="Arial" w:hAnsi="Arial"/>
                <w:color w:val="555555"/>
                <w:sz w:val="21"/>
              </w:rPr>
              <w:t>S. [12]</w:t>
            </w:r>
          </w:p>
        </w:tc>
        <w:tc>
          <w:tcPr>
            <w:tcW w:type="dxa" w:w="7768"/>
            <w:tcMar>
              <w:left w:w="0" w:type="dxa"/>
              <w:right w:w="170" w:type="dxa"/>
            </w:tcMar>
          </w:tcPr>
          <w:p>
            <w:pPr>
              <w:spacing w:after="80"/>
            </w:pPr>
            <w:r>
              <w:rPr>
                <w:rFonts w:ascii="Arial" w:hAnsi="Arial"/>
                <w:b w:val="0"/>
                <w:color w:val="111111"/>
                <w:sz w:val="22"/>
              </w:rPr>
              <w:t>Paraphrase: [Kerngedanke in eigenen Worten]</w:t>
            </w:r>
          </w:p>
        </w:tc>
      </w:tr>
      <w:tr>
        <w:tc>
          <w:tcPr>
            <w:tcW w:type="dxa" w:w="1020"/>
            <w:tcMar>
              <w:left w:w="0" w:type="dxa"/>
              <w:right w:w="170" w:type="dxa"/>
            </w:tcMar>
          </w:tcPr>
          <w:p>
            <w:pPr>
              <w:spacing w:after="80"/>
            </w:pPr>
            <w:r>
              <w:rPr>
                <w:rFonts w:ascii="Arial" w:hAnsi="Arial"/>
                <w:color w:val="555555"/>
                <w:sz w:val="21"/>
              </w:rPr>
            </w:r>
          </w:p>
        </w:tc>
        <w:tc>
          <w:tcPr>
            <w:tcW w:type="dxa" w:w="7768"/>
            <w:tcMar>
              <w:left w:w="0" w:type="dxa"/>
              <w:right w:w="170" w:type="dxa"/>
            </w:tcMar>
          </w:tcPr>
          <w:p>
            <w:pPr>
              <w:spacing w:after="80"/>
            </w:pPr>
            <w:r>
              <w:rPr>
                <w:rFonts w:ascii="Arial" w:hAnsi="Arial"/>
                <w:b w:val="0"/>
                <w:color w:val="111111"/>
                <w:sz w:val="22"/>
              </w:rPr>
              <w:t>Kommentar: [Bezug zur Arbeit, Kapitel]</w:t>
            </w:r>
          </w:p>
        </w:tc>
      </w:tr>
      <w:tr>
        <w:tc>
          <w:tcPr>
            <w:tcW w:type="dxa" w:w="1020"/>
            <w:tcMar>
              <w:left w:w="0" w:type="dxa"/>
              <w:right w:w="170" w:type="dxa"/>
            </w:tcMar>
          </w:tcPr>
          <w:p>
            <w:pPr>
              <w:spacing w:after="80"/>
            </w:pPr>
            <w:r>
              <w:rPr>
                <w:rFonts w:ascii="Arial" w:hAnsi="Arial"/>
                <w:color w:val="555555"/>
                <w:sz w:val="21"/>
              </w:rPr>
              <w:t>S. [15]</w:t>
            </w:r>
          </w:p>
        </w:tc>
        <w:tc>
          <w:tcPr>
            <w:tcW w:type="dxa" w:w="7768"/>
            <w:tcMar>
              <w:left w:w="0" w:type="dxa"/>
              <w:right w:w="170" w:type="dxa"/>
            </w:tcMar>
          </w:tcPr>
          <w:p>
            <w:pPr>
              <w:spacing w:after="80"/>
            </w:pPr>
            <w:r>
              <w:rPr>
                <w:rFonts w:ascii="Arial" w:hAnsi="Arial"/>
                <w:b w:val="0"/>
                <w:color w:val="111111"/>
                <w:sz w:val="22"/>
              </w:rPr>
              <w:t>Zitat: „[wörtliches Zitat]“</w:t>
            </w:r>
          </w:p>
        </w:tc>
      </w:tr>
      <w:tr>
        <w:tc>
          <w:tcPr>
            <w:tcW w:type="dxa" w:w="1020"/>
            <w:tcMar>
              <w:left w:w="0" w:type="dxa"/>
              <w:right w:w="170" w:type="dxa"/>
            </w:tcMar>
          </w:tcPr>
          <w:p>
            <w:pPr>
              <w:spacing w:after="80"/>
            </w:pPr>
            <w:r>
              <w:rPr>
                <w:rFonts w:ascii="Arial" w:hAnsi="Arial"/>
                <w:color w:val="555555"/>
                <w:sz w:val="21"/>
              </w:rPr>
            </w:r>
          </w:p>
        </w:tc>
        <w:tc>
          <w:tcPr>
            <w:tcW w:type="dxa" w:w="7768"/>
            <w:tcMar>
              <w:left w:w="0" w:type="dxa"/>
              <w:right w:w="170" w:type="dxa"/>
            </w:tcMar>
          </w:tcPr>
          <w:p>
            <w:pPr>
              <w:spacing w:after="80"/>
            </w:pPr>
            <w:r>
              <w:rPr>
                <w:rFonts w:ascii="Arial" w:hAnsi="Arial"/>
                <w:b w:val="0"/>
                <w:color w:val="111111"/>
                <w:sz w:val="22"/>
              </w:rPr>
              <w:t>Kommentar: [Bezug zur Arbeit, Kapitel]</w:t>
            </w:r>
          </w:p>
        </w:tc>
      </w:tr>
      <w:tr>
        <w:tc>
          <w:tcPr>
            <w:tcW w:type="dxa" w:w="1020"/>
            <w:tcMar>
              <w:left w:w="0" w:type="dxa"/>
              <w:right w:w="170" w:type="dxa"/>
            </w:tcMar>
          </w:tcPr>
          <w:p>
            <w:pPr>
              <w:spacing w:after="80"/>
            </w:pPr>
            <w:r>
              <w:rPr>
                <w:rFonts w:ascii="Arial" w:hAnsi="Arial"/>
                <w:color w:val="555555"/>
                <w:sz w:val="21"/>
              </w:rPr>
              <w:t>S. [18]</w:t>
            </w:r>
          </w:p>
        </w:tc>
        <w:tc>
          <w:tcPr>
            <w:tcW w:type="dxa" w:w="7768"/>
            <w:tcMar>
              <w:left w:w="0" w:type="dxa"/>
              <w:right w:w="170" w:type="dxa"/>
            </w:tcMar>
          </w:tcPr>
          <w:p>
            <w:pPr>
              <w:spacing w:after="80"/>
            </w:pPr>
            <w:r>
              <w:rPr>
                <w:rFonts w:ascii="Arial" w:hAnsi="Arial"/>
                <w:b w:val="0"/>
                <w:color w:val="111111"/>
                <w:sz w:val="22"/>
              </w:rPr>
              <w:t>Paraphrase: [Kerngedanke in eigenen Worten]</w:t>
            </w:r>
          </w:p>
        </w:tc>
      </w:tr>
      <w:tr>
        <w:tc>
          <w:tcPr>
            <w:tcW w:type="dxa" w:w="1020"/>
            <w:tcMar>
              <w:left w:w="0" w:type="dxa"/>
              <w:right w:w="170" w:type="dxa"/>
            </w:tcMar>
          </w:tcPr>
          <w:p>
            <w:pPr>
              <w:spacing w:after="80"/>
            </w:pPr>
            <w:r>
              <w:rPr>
                <w:rFonts w:ascii="Arial" w:hAnsi="Arial"/>
                <w:color w:val="555555"/>
                <w:sz w:val="21"/>
              </w:rPr>
            </w:r>
          </w:p>
        </w:tc>
        <w:tc>
          <w:tcPr>
            <w:tcW w:type="dxa" w:w="7768"/>
            <w:tcMar>
              <w:left w:w="0" w:type="dxa"/>
              <w:right w:w="170" w:type="dxa"/>
            </w:tcMar>
          </w:tcPr>
          <w:p>
            <w:pPr>
              <w:spacing w:after="80"/>
            </w:pPr>
            <w:r>
              <w:rPr>
                <w:rFonts w:ascii="Arial" w:hAnsi="Arial"/>
                <w:b w:val="0"/>
                <w:color w:val="111111"/>
                <w:sz w:val="22"/>
              </w:rPr>
              <w:t>Kommentar: [Bezug zur Arbeit, Kapitel]</w:t>
            </w:r>
          </w:p>
        </w:tc>
      </w:tr>
    </w:tbl>
    <w:p>
      <w:pPr>
        <w:spacing w:before="0" w:after="0" w:line="276" w:lineRule="auto"/>
      </w:pPr>
    </w:p>
    <w:p>
      <w:pPr>
        <w:spacing w:before="0" w:after="140" w:line="20" w:lineRule="exact"/>
      </w:pPr>
    </w:p>
    <w:p>
      <w:pPr>
        <w:keepNext/>
        <w:spacing w:before="260" w:after="80" w:line="276" w:lineRule="auto"/>
        <w:pBdr>
          <w:bottom w:val="single" w:sz="6" w:space="4" w:color="AAAAAA"/>
        </w:pBdr>
      </w:pPr>
      <w:r>
        <w:rPr>
          <w:rFonts w:ascii="Arial" w:hAnsi="Arial"/>
          <w:b/>
          <w:i w:val="0"/>
          <w:color w:val="111111"/>
          <w:sz w:val="21"/>
        </w:rPr>
        <w:t>KERNAUSSAGE IN ZWEI SÄTZEN</w:t>
      </w:r>
    </w:p>
    <w:p>
      <w:pPr>
        <w:spacing w:before="0" w:after="120" w:line="276" w:lineRule="auto"/>
      </w:pPr>
      <w:r>
        <w:rPr>
          <w:rFonts w:ascii="Arial" w:hAnsi="Arial"/>
          <w:b w:val="0"/>
          <w:i w:val="0"/>
          <w:color w:val="111111"/>
          <w:sz w:val="22"/>
        </w:rPr>
        <w:t>[Worum geht es in dieser Quelle im Kern, und was trägt sie zu deiner Forschungsfrage bei?]</w:t>
      </w:r>
    </w:p>
    <w:p>
      <w:pPr>
        <w:keepNext/>
        <w:spacing w:before="260" w:after="80" w:line="276" w:lineRule="auto"/>
        <w:pBdr>
          <w:bottom w:val="single" w:sz="6" w:space="4" w:color="AAAAAA"/>
        </w:pBdr>
      </w:pPr>
      <w:r>
        <w:rPr>
          <w:rFonts w:ascii="Arial" w:hAnsi="Arial"/>
          <w:b/>
          <w:i w:val="0"/>
          <w:color w:val="111111"/>
          <w:sz w:val="21"/>
        </w:rPr>
        <w:t>VERWENDBAR IN KAPITEL</w:t>
      </w:r>
    </w:p>
    <w:p>
      <w:pPr>
        <w:spacing w:before="0" w:after="120" w:line="276" w:lineRule="auto"/>
      </w:pPr>
      <w:r>
        <w:rPr>
          <w:rFonts w:ascii="Arial" w:hAnsi="Arial"/>
          <w:b w:val="0"/>
          <w:i w:val="0"/>
          <w:color w:val="111111"/>
          <w:sz w:val="22"/>
        </w:rPr>
        <w:t>[Kapitelnummer und Titel, in dem du diese Quelle einsetzt]</w:t>
      </w:r>
    </w:p>
    <w:sectPr w:rsidR="00FC693F" w:rsidRPr="0006063C" w:rsidSect="00034616">
      <w:footerReference w:type="default" r:id="rId12"/>
      <w:pgSz w:w="11906" w:h="16838"/>
      <w:pgMar w:top="1417" w:right="1417" w:bottom="1134" w:left="1701"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Exzerpt-Vorlage</dc:title>
  <dc:subject>Quellen gezielt auswerten, mit Seitenzahl und eigenem Kommentar</dc:subject>
  <dc:creator>korrektur.de</dc:creator>
  <cp:keywords>Exzerpt, Vorlage, Muster, Literaturarbeit, Quellen auswerten, Paraphrase, Zitat, Bachelorarbeit, Word</cp:keywords>
  <dc:description>Kostenlose Vorlage von korrektur.de. Aktuelle Fassung: https://korrektur.de/exzerpt-schreiben-anleitung</dc:description>
  <cp:lastModifiedBy>korrektur.de</cp:lastModifiedBy>
  <cp:revision>1</cp:revision>
  <dcterms:created xsi:type="dcterms:W3CDTF">2013-12-23T23:15:00Z</dcterms:created>
  <dcterms:modified xsi:type="dcterms:W3CDTF">2013-12-23T23:15:00Z</dcterms:modified>
  <cp:category>Vorlage</cp:category>
</cp:coreProperties>
</file>