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Deckblatt nach Hochschulvorgabe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Eine Deckblattregel „der Uni“ gibt es fast nirgends. Geregelt wird am Institut oder im Fachbereich, und zwei Institute derselben Universität verlangen oft Verschiedenes. Ab Seite 2 stehen deshalb sechs Blätter, jedes nachgebaut aus einem echten Merkblatt einer deutschen Hochschule. Die Quelle steht klein unter jedem Blatt.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Such das Merkblatt deines Instituts. Es heißt meist „Leitfaden“, „Formalia“ oder „Hinweise zur formalen Gestaltung“ und liegt auf der Seite des Instituts. Was dort steht, geht jeder Vorlage vor.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Wähl hier das passende Blatt und lösch die übrigen Seiten samt ihrer Seitenumbrüche.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Vergleich Feld für Feld. Fehlt hier eine Angabe aus deinem Merkblatt, trag sie nach. Steht sie dort nicht, lösch sie hier.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Ersetz jede eckige Klammer, auch die kleine Quellenzeile unten gehört gelöscht.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Lösch zum Schluss diese Seite. Das Deckblatt bekommt keine Seitenzahl und steht nicht im Inhaltsverzeichnis.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Die sechs Blätter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Seite 2, Hausarbeit im Seminar: LMU München, Institut für Empirische Kulturwissenschaft, Sommersemester 2024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Seite 3, Hausarbeit in den Sozialwissenschaften: Universität zu Köln, Institut für Soziologie und Sozialpsychologie, 2024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Seite 4, Hausarbeit mit vollen Kontaktdaten: Goethe-Universität Frankfurt, Fachbereich 04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Seite 5, Hausarbeit im Fernstudium: FernUniversität in Hagen, hier steht der Studienbrief statt des Seminars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Seite 6, Hausarbeit oder Bachelorarbeit am Institut: RWTH Aachen, Institut für Soziologie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Seite 7, Hausarbeit in der Rechtswissenschaft: Universität Hamburg, Fakultät für Rechtswissenschaft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Das steht in jedem der sechs Merkblätter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Das Deckblatt trägt keine Seitenzahl, zählt aber oft mit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Die Matrikelnummer gehört aufs Blatt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Kein Logo, solange es nicht verlangt ist</w:t>
            </w:r>
          </w:p>
        </w:tc>
      </w:tr>
    </w:tbl>
    <w:p>
      <w:pPr>
        <w:spacing w:before="0" w:after="180" w:line="20" w:lineRule="exact"/>
      </w:pPr>
    </w:p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korrektur.de, nicht von den genannten Hochschulen. Die Merkblätter sind am 27.09.2026 im Original gelesen worden; verbindlich ist die Fassung, die dein Institut heute veröffentlicht.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[Name der Universität], [Ort]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[Institut]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[Modul und Titel des Seminars]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[Seminarleitung: Titel Vorname Nachname]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[Semester]</w:t>
      </w:r>
    </w:p>
    <w:p>
      <w:pPr>
        <w:spacing w:before="0" w:after="2580" w:line="20" w:lineRule="exact"/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[Haupttitel der Arbeit]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[Untertitel: hier steht die Fragestellung]</w:t>
      </w:r>
    </w:p>
    <w:p>
      <w:pPr>
        <w:spacing w:before="0" w:after="25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[Vorname]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Matrikelnummer: [Zahl]</w:t>
      </w:r>
    </w:p>
    <w:p>
      <w:pPr>
        <w:spacing w:before="0" w:after="4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Abgabedatum: [TT.MM.JJJJ]</w:t>
      </w:r>
    </w:p>
    <w:p>
      <w:pPr>
        <w:spacing w:before="0" w:after="46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[Diese Zeile löschen. Blatt nach dem Leitfaden des Instituts für Empirische Kulturwissenschaft und Europäische Ethnologie der LMU München, Sommersemester 2024.]</w:t>
      </w:r>
    </w:p>
    <w:p>
      <w:r>
        <w:br w:type="page"/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[Name der Universität]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[Fakultät]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[Institut]</w:t>
      </w:r>
    </w:p>
    <w:p>
      <w:pPr>
        <w:spacing w:before="0" w:after="2180" w:line="20" w:lineRule="exact"/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[Thema der Arbeit]</w:t>
      </w:r>
    </w:p>
    <w:p>
      <w:pPr>
        <w:spacing w:before="0" w:after="17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Lehrveranstaltung: [Titel der Veranstaltung]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Lehrende oder Lehrender: [Titel Vorname Nachname]</w:t>
      </w:r>
    </w:p>
    <w:p>
      <w:pPr>
        <w:spacing w:before="0" w:after="11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Studiengang: [Fach]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Matrikelnummer: [Zahl]</w:t>
      </w:r>
    </w:p>
    <w:p>
      <w:pPr>
        <w:spacing w:before="0" w:after="4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[Ort], [TT.MM.JJJJ]</w:t>
      </w:r>
    </w:p>
    <w:p>
      <w:pPr>
        <w:spacing w:before="0" w:after="46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[Diese Zeile löschen. Blatt nach den Hinweisen zur formalen Gestaltung des Instituts für Soziologie und Sozialpsychologie der Universität zu Köln, Stand 25.07.2024.]</w:t>
      </w:r>
    </w:p>
    <w:p>
      <w:r>
        <w:br w:type="page"/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[Name der Universität]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</w:t>
      </w:r>
    </w:p>
    <w:p>
      <w:pPr>
        <w:spacing w:before="0" w:after="108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[Fachbereich mit Nummer und Name]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[Semester]</w:t>
      </w:r>
    </w:p>
    <w:p>
      <w:pPr>
        <w:spacing w:before="0" w:after="108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[Titel der Veranstaltung]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[Dozentin oder Dozent]</w:t>
      </w:r>
    </w:p>
    <w:p>
      <w:pPr>
        <w:spacing w:before="0" w:after="168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[Hausarbeit oder Ausarbeitung des Referats vom TT.MM.JJJJ]</w:t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[Thema]</w:t>
      </w:r>
    </w:p>
    <w:p>
      <w:pPr>
        <w:spacing w:before="0" w:after="168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vorgelegt am [TT.MM.JJJJ] von</w:t>
      </w:r>
    </w:p>
    <w:p>
      <w:pPr>
        <w:spacing w:before="0" w:after="4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[Straße und Hausnummer], [PLZ und Ort]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[Telefonnummer]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[E-Mail-Adresse]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[Studiengang], [Zahl]. Fachsemester</w:t>
      </w:r>
    </w:p>
    <w:p>
      <w:pPr>
        <w:spacing w:before="0" w:after="46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[Diese Zeile löschen. Blatt nach der Deckblattvorlage des Fachbereichs 04 (Erziehungswissenschaften) der Goethe-Universität Frankfurt am Main.]</w:t>
      </w:r>
    </w:p>
    <w:p>
      <w:r>
        <w:br w:type="page"/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[Name der Fernhochschule]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[Institut]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[Semester]</w:t>
      </w:r>
    </w:p>
    <w:p>
      <w:pPr>
        <w:spacing w:before="0" w:after="78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[Studiengang und angestrebter Abschluss]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Modul: [Nummer und Name des Moduls]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Studienbrief oder Präsenzseminar: [Nummer und Titel]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Betreuung: [Titel Vorname Nachname]</w:t>
      </w:r>
    </w:p>
    <w:p>
      <w:pPr>
        <w:spacing w:before="0" w:after="1380" w:line="20" w:lineRule="exact"/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[Titel der Arbeit]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[Untertitel, falls es einen gibt]</w:t>
      </w:r>
    </w:p>
    <w:p>
      <w:pPr>
        <w:spacing w:before="0" w:after="13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vorgelegt von: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[Straße und Hausnummer], [PLZ und Ort]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[Telefonnummer]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[E-Mail-Adresse]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Matrikelnummer: [Zahl]</w:t>
      </w:r>
    </w:p>
    <w:p>
      <w:pPr>
        <w:spacing w:before="0" w:after="4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am: [TT.MM.JJJJ]</w:t>
      </w:r>
    </w:p>
    <w:p>
      <w:pPr>
        <w:spacing w:before="0" w:after="46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[Diese Zeile löschen. Blatt nach dem Leitfaden des Instituts für Neuere deutsche Literatur- und Medienwissenschaft der FernUniversität in Hagen.]</w:t>
      </w:r>
    </w:p>
    <w:p>
      <w:r>
        <w:br w:type="page"/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[Fakultät] der [Name der Hochschule]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[Institut]</w:t>
      </w:r>
    </w:p>
    <w:p>
      <w:pPr>
        <w:spacing w:before="0" w:after="2380" w:line="20" w:lineRule="exact"/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[Titel der Arbeit]</w:t>
      </w:r>
    </w:p>
    <w:p>
      <w:pPr>
        <w:spacing w:before="0" w:after="158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[Art des Seminars: Seminartitel (Semester)]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[oder: Bachelorarbeit im Hauptfach, Fach eintragen]</w:t>
      </w:r>
    </w:p>
    <w:p>
      <w:pPr>
        <w:spacing w:before="0" w:after="46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[Seminarleitung oder Betreuung: Titel Vorname Nachname]</w:t>
      </w:r>
    </w:p>
    <w:p>
      <w:pPr>
        <w:spacing w:before="0" w:after="18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vorgelegt von [Vorname Nachname] ([Matrikelnummer])</w:t>
      </w:r>
    </w:p>
    <w:p>
      <w:pPr>
        <w:spacing w:before="0" w:after="4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Datum der Abgabe: [TT.MM.JJJJ]</w:t>
      </w:r>
    </w:p>
    <w:p>
      <w:pPr>
        <w:spacing w:before="0" w:after="46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[Diese Zeile löschen. Blatt nach dem Leitfaden des Instituts für Soziologie der RWTH Aachen, Philosophische Fakultät.]</w:t>
      </w:r>
    </w:p>
    <w:p>
      <w:r>
        <w:br w:type="page"/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[Name der Universität]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[Fakultät für Rechtswissenschaft]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[Titel der Veranstaltung]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[Semester, etwa Wintersemester JJJJ/JJJJ]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[Dozentin oder Dozent: Titel Vorname Nachname]</w:t>
      </w:r>
    </w:p>
    <w:p>
      <w:pPr>
        <w:spacing w:before="0" w:after="158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[Bezeichnung der Arbeit, etwa Hausarbeit im Schwerpunktbereich]</w:t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[Thema der Arbeit]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[bei einer Fall-Hausarbeit bleibt diese Zeile leer]</w:t>
      </w:r>
    </w:p>
    <w:p>
      <w:pPr>
        <w:spacing w:before="0" w:after="15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[Vorname]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[Straße und Hausnummer], [PLZ und Ort]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[Telefonnummer]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[E-Mail-Adresse]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Matrikelnummer: [Zahl]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[Zahl]. Studienfachsemester</w:t>
      </w:r>
    </w:p>
    <w:p>
      <w:pPr>
        <w:spacing w:before="0" w:after="4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Abgabedatum: [TT.MM.JJJJ]</w:t>
      </w:r>
    </w:p>
    <w:p>
      <w:pPr>
        <w:spacing w:before="0" w:after="46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[Diese Zeile löschen. Blatt nach den Hinweisen zur Erstellung häuslicher Arbeiten der Fakultät für Rechtswissenschaft der Universität Hamburg, Schwerpunktbereich.]</w:t>
      </w:r>
    </w:p>
    <w:sectPr w:rsidR="00FC693F" w:rsidRPr="0006063C" w:rsidSect="00034616">
      <w:footerReference w:type="default" r:id="rId11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 nach Hochschulvorgabe: sechs echte Merkblaetter</dc:title>
  <dc:subject>Hausarbeit, Bachelorarbeit, Fernstudium, Jura, Sozialwissenschaften</dc:subject>
  <dc:creator>korrektur.de</dc:creator>
  <cp:keywords>Deckblatt, Titelblatt, Hochschule, Universität, Merkblatt, Vorlage, Muster, Hausarbeit, Bachelorarbeit, Fernstudium, Matrikelnummer, Word</cp:keywords>
  <dc:description>Kostenlose Vorlage von korrektur.de. Aktuelle Fassung: https://korrektur.de/deckblatt-hausarbeit-uni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