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Bindestrich und Gedankenstrich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verschiedenen Striche im Deutschen im Vergleich, dazu die Tastenkombinationen für Word und LibreOffice unter Windows und Mac.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ein falscher Strich als Tippfehler auffällt.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jeden Strich auf die richtige Länge und das richtige Leerzeichen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viel am Computer schreiben.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Gedankenstrich wird mit dem kurzen Bindestrich statt mit dem Halbgeviertstrich „–“ gesetzt.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Zeiträumen wie „2019–2021“ steht fälschlich ein Leerzeichen um den Strich, obwohl er hier ohne steht.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„von 2019–2021“ mischt die Wortform mit der Strichform, richtig ist entweder „von 2019 bis 2021“ oder „2019–2021“.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falscher Strich sieht wie ein Tippfehler aus, auch wenn die Regel dahinter nicht bekannt ist.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ZEICHENSETZUNG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Bindestrich und Gedankenstrich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Der Bindestrich steht ohne Leerzeichen mitten im Wort, der Gedankenstrich „–“ steht mit Leerzeichen zwischen zwei Wörtern. Diese eine Unterscheidung löst die meisten Fälle.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224"/>
        <w:gridCol w:w="1483"/>
        <w:gridCol w:w="4448"/>
        <w:gridCol w:w="1483"/>
      </w:tblGrid>
      <w:tr>
        <w:tc>
          <w:tcPr>
            <w:tcW w:type="dxa" w:w="222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Strich</w:t>
            </w:r>
          </w:p>
        </w:tc>
        <w:tc>
          <w:tcPr>
            <w:tcW w:type="dxa" w:w="148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Zeichen</w:t>
            </w:r>
          </w:p>
        </w:tc>
        <w:tc>
          <w:tcPr>
            <w:tcW w:type="dxa" w:w="444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Beispiel</w:t>
            </w:r>
          </w:p>
        </w:tc>
        <w:tc>
          <w:tcPr>
            <w:tcW w:type="dxa" w:w="148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Leerzeichen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Bindestrich (Divis)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-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E-Mail-Adresse, Ein- und Ausgang, 3-fach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nein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Gedankenstrich (Halbgeviertstrich)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–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Termin steht – so viel ist sicher – schon fest.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ja, beidseitig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Bis-Strich (Zeitraum)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–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2010–2020, 14–16 Uhr, Seite 12–18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nein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Streckenstrich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–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Bahnlinie Berlin–Hamburg.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nein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Gegen-Strich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–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Das Spiel Bayern–Dortmund endete 2:1.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nein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Minuszeichen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−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Die Rechnung ergibt 8 − 3 = 5.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ja, beidseitig, in Rechnungen</w:t>
            </w:r>
          </w:p>
        </w:tc>
      </w:tr>
      <w:tr>
        <w:tc>
          <w:tcPr>
            <w:tcW w:type="dxa" w:w="222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Auslassung bei Geldbeträgen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–</w:t>
            </w:r>
          </w:p>
        </w:tc>
        <w:tc>
          <w:tcPr>
            <w:tcW w:type="dxa" w:w="444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Der Kaffee kostet 5,– Euro.</w:t>
            </w:r>
          </w:p>
        </w:tc>
        <w:tc>
          <w:tcPr>
            <w:tcW w:type="dxa" w:w="148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nein, direkt nach dem Komma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Bindestrich: die drei häufigsten Fälle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Durchkopplung mit Ergänzungen und Namen: „E-Mail-Adresse“, „Web-2.0-Anwendung“, „Goethe-Institut“.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Ergänzungsstrich bei gemeinsamem Wortteil: „Ein- und Ausgang“ statt „Eingang und Ausgang“ ausgeschrieben.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Zusammensetzungen mit Ziffern oder Einzelbuchstaben: „3-fach“, „S-Bahn“, „100-prozentig“.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Bis-Strich: von … bis nie mit dem Strich mischen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Entweder die Wortform „von 2019 bis 2021“ oder die Strichform „2019–2021“, niemals beides zusammen wie in „von 2019–2021“. Der Bis-Strich steht ohne Leerzeichen um das Zeichen, anders als der Gedankenstrich.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Tastenkombinationen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701"/>
        <w:gridCol w:w="2268"/>
        <w:gridCol w:w="2268"/>
        <w:gridCol w:w="3402"/>
      </w:tblGrid>
      <w:tr>
        <w:tc>
          <w:tcPr>
            <w:tcW w:type="dxa" w:w="170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Zeichen</w:t>
            </w:r>
          </w:p>
        </w:tc>
        <w:tc>
          <w:tcPr>
            <w:tcW w:type="dxa" w:w="226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Windows</w:t>
            </w:r>
          </w:p>
        </w:tc>
        <w:tc>
          <w:tcPr>
            <w:tcW w:type="dxa" w:w="226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Mac</w:t>
            </w:r>
          </w:p>
        </w:tc>
        <w:tc>
          <w:tcPr>
            <w:tcW w:type="dxa" w:w="340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6"/>
              </w:rPr>
              <w:t>Word / LibreOffice</w:t>
            </w:r>
          </w:p>
        </w:tc>
      </w:tr>
      <w:tr>
        <w:tc>
          <w:tcPr>
            <w:tcW w:type="dxa" w:w="17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Halbgeviertstrich –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Alt + 0150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Alt + Bindestrich</w:t>
            </w:r>
          </w:p>
        </w:tc>
        <w:tc>
          <w:tcPr>
            <w:tcW w:type="dxa" w:w="340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Word-AutoKorrektur setzt ihn automatisch um, wenn ein Wort, Leerzeichen, Bindestrich, Leerzeichen, Wort getippt wird.</w:t>
            </w:r>
          </w:p>
        </w:tc>
      </w:tr>
      <w:tr>
        <w:tc>
          <w:tcPr>
            <w:tcW w:type="dxa" w:w="17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Geschützter Bindestrich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Strg + Umschalt + Bindestrich (Word)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Cmd + Umschalt + Bindestrich (Word für Mac)</w:t>
            </w:r>
          </w:p>
        </w:tc>
        <w:tc>
          <w:tcPr>
            <w:tcW w:type="dxa" w:w="340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verhindert den Zeilenumbruch mitten in einer Wortverbindung wie „E-Mail-Adresse“.</w:t>
            </w:r>
          </w:p>
        </w:tc>
      </w:tr>
      <w:tr>
        <w:tc>
          <w:tcPr>
            <w:tcW w:type="dxa" w:w="17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6"/>
              </w:rPr>
              <w:t>Minuszeichen −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in Word: 2212 eingeben, dann Alt + X drücken; alternativ Einfügen, Symbol</w:t>
            </w:r>
          </w:p>
        </w:tc>
        <w:tc>
          <w:tcPr>
            <w:tcW w:type="dxa" w:w="226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Alt bei Sonderzeichen-Palette</w:t>
            </w:r>
          </w:p>
        </w:tc>
        <w:tc>
          <w:tcPr>
            <w:tcW w:type="dxa" w:w="340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6"/>
              </w:rPr>
              <w:t>in LibreOffice über Einfügen, Sonderzeichen, U+2212.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Richtig oder falsch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7009"/>
        <w:gridCol w:w="2629"/>
      </w:tblGrid>
      <w:tr>
        <w:tc>
          <w:tcPr>
            <w:tcW w:type="dxa" w:w="70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Richtig?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Die Ausstellung läuft vom 2010–2020.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„vom“ und Strich mischen sich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Die Ausstellung läuft 2010–2020.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Er kam - so schien es - zu spät.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kurzer Bindestrich statt Gedankenstrich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Er kam – so schien es – zu spät.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Die E-Mail Adresse fehlt.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falsch, Bindestrich in der Durchkopplung fehlt</w:t>
            </w:r>
          </w:p>
        </w:tc>
      </w:tr>
      <w:tr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Die E-Mail-Adresse fehlt.</w:t>
            </w:r>
          </w:p>
        </w:tc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richtig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Bindestrich und Gedankenstrich: Merkzettel mit allen Strichen im Deutschen</dc:title>
  <dc:subject>Merkzettel zum Ausdrucken, zwei Seiten</dc:subject>
  <dc:creator>korrektur.de</dc:creator>
  <cp:keywords>Bindestrich, Gedankenstrich, Bis-Strich, Halbgeviertstrich, Divis, Merkzettel, Deutsch</cp:keywords>
  <dc:description>Kostenlose Vorlage von korrektur.de. Aktuelle Fassung: https://korrektur.de/bindestrich-gedankenstrich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