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440"/>
        <w:pBdr>
          <w:bottom w:val="single" w:sz="18" w:space="10" w:color="00A85A"/>
        </w:pBdr>
      </w:pPr>
      <w:r>
        <w:drawing>
          <wp:inline xmlns:a="http://schemas.openxmlformats.org/drawingml/2006/main" xmlns:pic="http://schemas.openxmlformats.org/drawingml/2006/picture">
            <wp:extent cx="1562100" cy="304800"/>
            <wp:docPr id="1" name="Picture 1"/>
            <wp:cNvGraphicFramePr>
              <a:graphicFrameLocks noChangeAspect="1"/>
            </wp:cNvGraphicFramePr>
            <a:graphic>
              <a:graphicData uri="http://schemas.openxmlformats.org/drawingml/2006/picture">
                <pic:pic>
                  <pic:nvPicPr>
                    <pic:cNvPr id="0" name="korrektur-wortmarke-vorlagen.png"/>
                    <pic:cNvPicPr/>
                  </pic:nvPicPr>
                  <pic:blipFill>
                    <a:blip r:embed="rId10"/>
                    <a:stretch>
                      <a:fillRect/>
                    </a:stretch>
                  </pic:blipFill>
                  <pic:spPr>
                    <a:xfrm>
                      <a:off x="0" y="0"/>
                      <a:ext cx="1562100" cy="304800"/>
                    </a:xfrm>
                    <a:prstGeom prst="rect"/>
                  </pic:spPr>
                </pic:pic>
              </a:graphicData>
            </a:graphic>
          </wp:inline>
        </w:drawing>
      </w:r>
    </w:p>
    <w:p>
      <w:pPr>
        <w:spacing w:before="80" w:after="180" w:line="276" w:lineRule="auto"/>
      </w:pPr>
      <w:r>
        <w:rPr>
          <w:rFonts w:ascii="Arial" w:hAnsi="Arial"/>
          <w:b/>
          <w:i w:val="0"/>
          <w:color w:val="006B46"/>
          <w:sz w:val="17"/>
        </w:rPr>
        <w:t>VORLAGE ZUM FREIEN GEBRAUCH</w:t>
      </w:r>
    </w:p>
    <w:p>
      <w:pPr>
        <w:spacing w:before="0" w:after="280" w:line="252" w:lineRule="auto"/>
      </w:pPr>
      <w:r>
        <w:rPr>
          <w:rFonts w:ascii="Arial" w:hAnsi="Arial"/>
          <w:b/>
          <w:i w:val="0"/>
          <w:color w:val="111111"/>
          <w:sz w:val="38"/>
        </w:rPr>
        <w:t>Bewerbungsanschreiben</w:t>
      </w:r>
    </w:p>
    <w:p>
      <w:pPr>
        <w:spacing w:before="0" w:after="160" w:line="276" w:lineRule="auto"/>
      </w:pPr>
      <w:r>
        <w:rPr>
          <w:rFonts w:ascii="Arial" w:hAnsi="Arial"/>
          <w:b w:val="0"/>
          <w:i w:val="0"/>
          <w:color w:val="111111"/>
          <w:sz w:val="22"/>
        </w:rPr>
        <w:t>Ab Seite 2 steht ein vollständiges Anschreiben in der Form B der DIN 5008: Anschriftfeld 4,5 cm unter der Blattkante, Absenderblock rechts daneben, Betreff ohne das Wort „Betreff“. Du ersetzt nur noch, was in eckigen Klammern steht.</w:t>
      </w:r>
    </w:p>
    <w:p>
      <w:pPr>
        <w:spacing w:before="280" w:after="120" w:line="276" w:lineRule="auto"/>
      </w:pPr>
      <w:r>
        <w:rPr>
          <w:rFonts w:ascii="Arial" w:hAnsi="Arial"/>
          <w:b/>
          <w:i w:val="0"/>
          <w:color w:val="111111"/>
          <w:sz w:val="24"/>
        </w:rPr>
        <w:t>So arbeitest du damit</w:t>
      </w:r>
    </w:p>
    <w:p>
      <w:pPr>
        <w:spacing w:before="0" w:after="80" w:line="276" w:lineRule="auto"/>
        <w:ind w:left="425" w:hanging="425"/>
      </w:pPr>
      <w:r>
        <w:rPr>
          <w:rFonts w:ascii="Arial" w:hAnsi="Arial"/>
          <w:b/>
          <w:color w:val="006B46"/>
        </w:rPr>
        <w:t xml:space="preserve">1.  </w:t>
      </w:r>
      <w:r>
        <w:rPr>
          <w:rFonts w:ascii="Arial" w:hAnsi="Arial"/>
          <w:sz w:val="22"/>
        </w:rPr>
        <w:t>Lösche diese Seite. Sie gehört nicht in die Bewerbung.</w:t>
      </w:r>
    </w:p>
    <w:p>
      <w:pPr>
        <w:spacing w:before="0" w:after="80" w:line="276" w:lineRule="auto"/>
        <w:ind w:left="425" w:hanging="425"/>
      </w:pPr>
      <w:r>
        <w:rPr>
          <w:rFonts w:ascii="Arial" w:hAnsi="Arial"/>
          <w:b/>
          <w:color w:val="006B46"/>
        </w:rPr>
        <w:t xml:space="preserve">2.  </w:t>
      </w:r>
      <w:r>
        <w:rPr>
          <w:rFonts w:ascii="Arial" w:hAnsi="Arial"/>
          <w:sz w:val="22"/>
        </w:rPr>
        <w:t>Schreib den Betreff konkret: Stellenbezeichnung und, falls es eine gibt, die Kennziffer aus der Anzeige. „Bewerbung“ allein sagt der Personalstelle nichts.</w:t>
      </w:r>
    </w:p>
    <w:p>
      <w:pPr>
        <w:spacing w:before="0" w:after="80" w:line="276" w:lineRule="auto"/>
        <w:ind w:left="425" w:hanging="425"/>
      </w:pPr>
      <w:r>
        <w:rPr>
          <w:rFonts w:ascii="Arial" w:hAnsi="Arial"/>
          <w:b/>
          <w:color w:val="006B46"/>
        </w:rPr>
        <w:t xml:space="preserve">3.  </w:t>
      </w:r>
      <w:r>
        <w:rPr>
          <w:rFonts w:ascii="Arial" w:hAnsi="Arial"/>
          <w:sz w:val="22"/>
        </w:rPr>
        <w:t>Such den Namen der Ansprechperson heraus, notfalls per Anruf. „Sehr geehrte Damen und Herren“ ist die schwächste erlaubte Anrede.</w:t>
      </w:r>
    </w:p>
    <w:p>
      <w:pPr>
        <w:spacing w:before="0" w:after="80" w:line="276" w:lineRule="auto"/>
        <w:ind w:left="425" w:hanging="425"/>
      </w:pPr>
      <w:r>
        <w:rPr>
          <w:rFonts w:ascii="Arial" w:hAnsi="Arial"/>
          <w:b/>
          <w:color w:val="006B46"/>
        </w:rPr>
        <w:t xml:space="preserve">4.  </w:t>
      </w:r>
      <w:r>
        <w:rPr>
          <w:rFonts w:ascii="Arial" w:hAnsi="Arial"/>
          <w:sz w:val="22"/>
        </w:rPr>
        <w:t>Der erste Satz gehört der Stelle, nicht dir. „Hiermit bewerbe ich mich“ sagt nur, was ohnehin auf dem Umschlag steht.</w:t>
      </w:r>
    </w:p>
    <w:p>
      <w:pPr>
        <w:spacing w:before="0" w:after="80" w:line="276" w:lineRule="auto"/>
        <w:ind w:left="425" w:hanging="425"/>
      </w:pPr>
      <w:r>
        <w:rPr>
          <w:rFonts w:ascii="Arial" w:hAnsi="Arial"/>
          <w:b/>
          <w:color w:val="006B46"/>
        </w:rPr>
        <w:t xml:space="preserve">5.  </w:t>
      </w:r>
      <w:r>
        <w:rPr>
          <w:rFonts w:ascii="Arial" w:hAnsi="Arial"/>
          <w:sz w:val="22"/>
        </w:rPr>
        <w:t>Bleib auf einer Seite. Wenn es eng wird, streich Sätze, nicht die Absätze zwischen den Blöcken.</w:t>
      </w:r>
    </w:p>
    <w:p>
      <w:pPr>
        <w:spacing w:before="280" w:after="120" w:line="276" w:lineRule="auto"/>
      </w:pPr>
      <w:r>
        <w:rPr>
          <w:rFonts w:ascii="Arial" w:hAnsi="Arial"/>
          <w:b/>
          <w:i w:val="0"/>
          <w:color w:val="111111"/>
          <w:sz w:val="24"/>
        </w:rPr>
        <w:t>Woran Anschreiben in der Korrektur am häufigsten scheitern</w:t>
      </w:r>
    </w:p>
    <w:p>
      <w:pPr>
        <w:spacing w:before="0" w:after="80" w:line="276" w:lineRule="auto"/>
        <w:ind w:left="340" w:hanging="340"/>
      </w:pPr>
      <w:r>
        <w:rPr>
          <w:color w:val="00A85A"/>
        </w:rPr>
        <w:t xml:space="preserve">▪  </w:t>
      </w:r>
      <w:r>
        <w:rPr>
          <w:rFonts w:ascii="Arial" w:hAnsi="Arial"/>
          <w:sz w:val="22"/>
        </w:rPr>
        <w:t>Der Text passt auf jede Stelle. Steht kein Wort über dieses Unternehmen darin, liest es sich wie ein Serienbrief.</w:t>
      </w:r>
    </w:p>
    <w:p>
      <w:pPr>
        <w:spacing w:before="0" w:after="80" w:line="276" w:lineRule="auto"/>
        <w:ind w:left="340" w:hanging="340"/>
      </w:pPr>
      <w:r>
        <w:rPr>
          <w:color w:val="00A85A"/>
        </w:rPr>
        <w:t xml:space="preserve">▪  </w:t>
      </w:r>
      <w:r>
        <w:rPr>
          <w:rFonts w:ascii="Arial" w:hAnsi="Arial"/>
          <w:sz w:val="22"/>
        </w:rPr>
        <w:t>Eigenschaften ohne Beleg: teamfähig, motiviert, belastbar. Ein Beispiel in einem Nebensatz wiegt mehr als drei Adjektive.</w:t>
      </w:r>
    </w:p>
    <w:p>
      <w:pPr>
        <w:spacing w:before="0" w:after="80" w:line="276" w:lineRule="auto"/>
        <w:ind w:left="340" w:hanging="340"/>
      </w:pPr>
      <w:r>
        <w:rPr>
          <w:color w:val="00A85A"/>
        </w:rPr>
        <w:t xml:space="preserve">▪  </w:t>
      </w:r>
      <w:r>
        <w:rPr>
          <w:rFonts w:ascii="Arial" w:hAnsi="Arial"/>
          <w:sz w:val="22"/>
        </w:rPr>
        <w:t>Der Lebenslauf noch einmal in Prosa. Das Anschreiben erklärt, warum die Stationen zu dieser Stelle passen.</w:t>
      </w:r>
    </w:p>
    <w:p>
      <w:pPr>
        <w:spacing w:before="0" w:after="80" w:line="276" w:lineRule="auto"/>
        <w:ind w:left="340" w:hanging="340"/>
      </w:pPr>
      <w:r>
        <w:rPr>
          <w:color w:val="00A85A"/>
        </w:rPr>
        <w:t xml:space="preserve">▪  </w:t>
      </w:r>
      <w:r>
        <w:rPr>
          <w:rFonts w:ascii="Arial" w:hAnsi="Arial"/>
          <w:sz w:val="22"/>
        </w:rPr>
        <w:t>Konjunktiv am Schluss: „würde mich freuen“. Schreib, worauf du dich freust, im Indikativ.</w:t>
      </w:r>
    </w:p>
    <w:p>
      <w:pPr>
        <w:spacing w:before="0" w:after="80" w:line="276" w:lineRule="auto"/>
        <w:ind w:left="340" w:hanging="340"/>
      </w:pPr>
      <w:r>
        <w:rPr>
          <w:color w:val="00A85A"/>
        </w:rPr>
        <w:t xml:space="preserve">▪  </w:t>
      </w:r>
      <w:r>
        <w:rPr>
          <w:rFonts w:ascii="Arial" w:hAnsi="Arial"/>
          <w:sz w:val="22"/>
        </w:rPr>
        <w:t>Falscher Firmenname aus der letzten Bewerbung. Der häufigste Fehler überhaupt, und der teuerste.</w:t>
      </w:r>
    </w:p>
    <w:tbl>
      <w:tblPr>
        <w:tblW w:type="auto" w:w="0"/>
        <w:jc w:val="left"/>
        <w:tblLook w:firstColumn="1" w:firstRow="1" w:lastColumn="0" w:lastRow="0" w:noHBand="0" w:noVBand="1" w:val="04A0"/>
        <w:tblBorders>
          <w:top w:val="none" w:sz="0"/>
          <w:left w:val="none" w:sz="0"/>
          <w:bottom w:val="none" w:sz="0"/>
          <w:right w:val="none" w:sz="0"/>
          <w:insideH w:val="none" w:sz="0"/>
          <w:insideV w:val="none" w:sz="0"/>
        </w:tblBorders>
      </w:tblPr>
      <w:tblGrid>
        <w:gridCol w:w="9638"/>
      </w:tblGrid>
      <w:tr>
        <w:tc>
          <w:tcPr>
            <w:tcW w:type="dxa" w:w="9638"/>
            <w:shd w:val="clear" w:color="auto" w:fill="F2F8F4"/>
            <w:tcBorders>
              <w:left w:val="single" w:sz="24" w:space="0" w:color="00A85A"/>
            </w:tcBorders>
          </w:tcPr>
          <w:p>
            <w:pPr>
              <w:spacing w:before="120" w:after="60"/>
            </w:pPr>
            <w:r>
              <w:rPr>
                <w:rFonts w:ascii="Arial" w:hAnsi="Arial"/>
                <w:b/>
                <w:color w:val="006B46"/>
                <w:sz w:val="21"/>
              </w:rPr>
              <w:t>Formalia auf einen Blick</w:t>
            </w:r>
          </w:p>
          <w:p>
            <w:pPr>
              <w:spacing w:after="40"/>
            </w:pPr>
            <w:r>
              <w:rPr>
                <w:rFonts w:ascii="Arial" w:hAnsi="Arial"/>
                <w:color w:val="111111"/>
                <w:sz w:val="20"/>
              </w:rPr>
              <w:t>Umfang: genau eine Seite, drei bis fünf Absätze</w:t>
            </w:r>
          </w:p>
          <w:p>
            <w:pPr>
              <w:spacing w:after="40"/>
            </w:pPr>
            <w:r>
              <w:rPr>
                <w:rFonts w:ascii="Arial" w:hAnsi="Arial"/>
                <w:color w:val="111111"/>
                <w:sz w:val="20"/>
              </w:rPr>
              <w:t>Form: DIN 5008 Form B, Anschriftfeld 4,5 cm von oben</w:t>
            </w:r>
          </w:p>
          <w:p>
            <w:pPr>
              <w:spacing w:after="40"/>
            </w:pPr>
            <w:r>
              <w:rPr>
                <w:rFonts w:ascii="Arial" w:hAnsi="Arial"/>
                <w:color w:val="111111"/>
                <w:sz w:val="20"/>
              </w:rPr>
              <w:t>Schrift: Arial 11 pt oder Times New Roman 12 pt, Zeilenabstand 1,15</w:t>
            </w:r>
          </w:p>
          <w:p>
            <w:pPr>
              <w:spacing w:after="40"/>
            </w:pPr>
            <w:r>
              <w:rPr>
                <w:rFonts w:ascii="Arial" w:hAnsi="Arial"/>
                <w:color w:val="111111"/>
                <w:sz w:val="20"/>
              </w:rPr>
              <w:t>Betreff: fett, ohne das Wort „Betreff“, ohne Punkt am Ende</w:t>
            </w:r>
          </w:p>
          <w:p>
            <w:pPr>
              <w:spacing w:after="160"/>
            </w:pPr>
            <w:r>
              <w:rPr>
                <w:rFonts w:ascii="Arial" w:hAnsi="Arial"/>
                <w:color w:val="111111"/>
                <w:sz w:val="20"/>
              </w:rPr>
              <w:t>Datum: rechts im Absenderblock, in der Form [Ort], TT.MM.JJJJ</w:t>
            </w:r>
          </w:p>
        </w:tc>
      </w:tr>
    </w:tbl>
    <w:p>
      <w:pPr>
        <w:spacing w:before="0" w:after="180" w:line="20" w:lineRule="exact"/>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638"/>
      </w:tblGrid>
      <w:tr>
        <w:tc>
          <w:tcPr>
            <w:tcW w:type="dxa" w:w="9638"/>
            <w:shd w:val="clear" w:color="auto" w:fill="F2F8F4"/>
            <w:tcBorders>
              <w:left w:val="single" w:sz="24" w:space="0" w:color="00A85A"/>
            </w:tcBorders>
          </w:tcPr>
          <w:p>
            <w:pPr>
              <w:spacing w:before="120" w:after="60"/>
            </w:pPr>
            <w:r>
              <w:rPr>
                <w:rFonts w:ascii="Arial" w:hAnsi="Arial"/>
                <w:b/>
                <w:color w:val="111111"/>
                <w:sz w:val="22"/>
              </w:rPr>
              <w:t>Vor dem Absenden</w:t>
            </w:r>
          </w:p>
          <w:p>
            <w:pPr>
              <w:spacing w:after="120"/>
            </w:pPr>
            <w:r>
              <w:rPr>
                <w:rFonts w:ascii="Arial" w:hAnsi="Arial"/>
                <w:sz w:val="20"/>
              </w:rPr>
              <w:t xml:space="preserve">Ein Tippfehler im Anschreiben fällt genau der Person auf, die entscheidet. Wir lesen gegen: </w:t>
            </w:r>
            <w:hyperlink r:id="rId11">
              <w:r>
                <w:rPr>
                  <w:rFonts w:ascii="Arial" w:hAnsi="Arial"/>
                  <w:color w:val="006B46"/>
                  <w:b/>
                  <w:u w:val="single"/>
                </w:rPr>
                <w:t>korrektur.de</w:t>
              </w:r>
            </w:hyperlink>
          </w:p>
        </w:tc>
      </w:tr>
    </w:tbl>
    <w:p>
      <w:pPr>
        <w:spacing w:before="40" w:after="80" w:line="276" w:lineRule="auto"/>
      </w:pPr>
      <w:r>
        <w:rPr>
          <w:rFonts w:ascii="Arial" w:hAnsi="Arial"/>
          <w:b w:val="0"/>
          <w:i w:val="0"/>
          <w:color w:val="555555"/>
          <w:sz w:val="18"/>
        </w:rPr>
        <w:t>Diese Vorlage darfst du frei nutzen, anpassen und weitergeben. Erstellt von korrektur.de. Stand: September 2026.</w:t>
      </w:r>
    </w:p>
    <w:p>
      <w:pPr>
        <w:sectPr>
          <w:footerReference w:type="default" r:id="rId9"/>
          <w:pgSz w:w="11906" w:h="16838"/>
          <w:pgMar w:top="1020" w:right="1134" w:bottom="1020" w:left="1134" w:header="720" w:footer="720" w:gutter="0"/>
          <w:cols w:space="720"/>
          <w:docGrid w:linePitch="360"/>
          <w:pgNumType w:fmt="decimal" w:start="1"/>
        </w:sectPr>
      </w:pPr>
    </w:p>
    <w:tbl>
      <w:tblPr>
        <w:tblW w:type="auto" w:w="0"/>
        <w:jc w:val="left"/>
        <w:tblLayout w:type="fixed"/>
        <w:tblLook w:firstColumn="1" w:firstRow="1" w:lastColumn="0" w:lastRow="0" w:noHBand="0" w:noVBand="1" w:val="04A0"/>
        <w:tblLayout w:type="fixed"/>
        <w:tblBorders>
          <w:top w:val="none" w:sz="0"/>
          <w:left w:val="none" w:sz="0"/>
          <w:bottom w:val="none" w:sz="0"/>
          <w:right w:val="none" w:sz="0"/>
          <w:insideH w:val="none" w:sz="0"/>
          <w:insideV w:val="none" w:sz="0"/>
        </w:tblBorders>
      </w:tblPr>
      <w:tblGrid>
        <w:gridCol w:w="5102"/>
        <w:gridCol w:w="4253"/>
      </w:tblGrid>
      <w:tr>
        <w:tc>
          <w:tcPr>
            <w:tcW w:type="dxa" w:w="5102"/>
            <w:tcMar>
              <w:left w:w="0" w:type="dxa"/>
              <w:right w:w="170" w:type="dxa"/>
            </w:tcMar>
          </w:tcPr>
          <w:p>
            <w:pPr>
              <w:spacing w:after="20"/>
            </w:pPr>
            <w:r>
              <w:rPr>
                <w:rFonts w:ascii="Arial" w:hAnsi="Arial"/>
                <w:color w:val="111111"/>
                <w:sz w:val="22"/>
              </w:rPr>
              <w:t>[Unternehmen]</w:t>
            </w:r>
          </w:p>
          <w:p>
            <w:pPr>
              <w:spacing w:after="20"/>
            </w:pPr>
            <w:r>
              <w:rPr>
                <w:rFonts w:ascii="Arial" w:hAnsi="Arial"/>
                <w:color w:val="111111"/>
                <w:sz w:val="22"/>
              </w:rPr>
              <w:t>[Personalabteilung oder Ansprechpartnerin]</w:t>
            </w:r>
          </w:p>
          <w:p>
            <w:pPr>
              <w:spacing w:after="20"/>
            </w:pPr>
            <w:r>
              <w:rPr>
                <w:rFonts w:ascii="Arial" w:hAnsi="Arial"/>
                <w:color w:val="111111"/>
                <w:sz w:val="22"/>
              </w:rPr>
              <w:t>[Straße und Hausnummer]</w:t>
            </w:r>
          </w:p>
          <w:p>
            <w:pPr>
              <w:spacing w:after="0"/>
            </w:pPr>
            <w:r>
              <w:rPr>
                <w:rFonts w:ascii="Arial" w:hAnsi="Arial"/>
                <w:color w:val="111111"/>
                <w:sz w:val="22"/>
              </w:rPr>
              <w:t>[PLZ und Ort]</w:t>
            </w:r>
          </w:p>
        </w:tc>
        <w:tc>
          <w:tcPr>
            <w:tcW w:type="dxa" w:w="4253"/>
            <w:tcMar>
              <w:left w:w="0" w:type="dxa"/>
              <w:right w:w="170" w:type="dxa"/>
            </w:tcMar>
          </w:tcPr>
          <w:p>
            <w:pPr>
              <w:spacing w:after="20"/>
            </w:pPr>
            <w:r>
              <w:rPr>
                <w:rFonts w:ascii="Arial" w:hAnsi="Arial"/>
                <w:b w:val="0"/>
                <w:color w:val="111111"/>
                <w:sz w:val="22"/>
              </w:rPr>
              <w:t>[Vorname Nachname]</w:t>
            </w:r>
          </w:p>
          <w:p>
            <w:pPr>
              <w:spacing w:after="20"/>
            </w:pPr>
            <w:r>
              <w:rPr>
                <w:rFonts w:ascii="Arial" w:hAnsi="Arial"/>
                <w:b w:val="0"/>
                <w:color w:val="111111"/>
                <w:sz w:val="22"/>
              </w:rPr>
              <w:t>[Straße und Hausnummer]</w:t>
            </w:r>
          </w:p>
          <w:p>
            <w:pPr>
              <w:spacing w:after="20"/>
            </w:pPr>
            <w:r>
              <w:rPr>
                <w:rFonts w:ascii="Arial" w:hAnsi="Arial"/>
                <w:b w:val="0"/>
                <w:color w:val="111111"/>
                <w:sz w:val="22"/>
              </w:rPr>
              <w:t>[PLZ und Ort]</w:t>
            </w:r>
          </w:p>
          <w:p>
            <w:pPr>
              <w:spacing w:after="20"/>
            </w:pPr>
            <w:r>
              <w:rPr>
                <w:rFonts w:ascii="Arial" w:hAnsi="Arial"/>
                <w:b w:val="0"/>
                <w:color w:val="111111"/>
                <w:sz w:val="22"/>
              </w:rPr>
              <w:t>Telefon [030 12345678]</w:t>
            </w:r>
          </w:p>
          <w:p>
            <w:pPr>
              <w:spacing w:after="20"/>
            </w:pPr>
            <w:r>
              <w:rPr>
                <w:rFonts w:ascii="Arial" w:hAnsi="Arial"/>
                <w:b w:val="0"/>
                <w:color w:val="111111"/>
                <w:sz w:val="22"/>
              </w:rPr>
              <w:t>[E-Mail-Adresse]</w:t>
            </w:r>
          </w:p>
          <w:p>
            <w:pPr>
              <w:spacing w:after="0"/>
            </w:pPr>
            <w:r>
              <w:rPr>
                <w:rFonts w:ascii="Arial" w:hAnsi="Arial"/>
                <w:b w:val="0"/>
                <w:color w:val="111111"/>
                <w:sz w:val="22"/>
              </w:rPr>
              <w:t>[Ort], [TT.MM.JJJJ]</w:t>
            </w:r>
          </w:p>
        </w:tc>
      </w:tr>
    </w:tbl>
    <w:p>
      <w:pPr>
        <w:spacing w:before="0" w:after="0" w:line="276" w:lineRule="auto"/>
      </w:pPr>
    </w:p>
    <w:p>
      <w:pPr>
        <w:spacing w:before="0" w:after="380" w:line="20" w:lineRule="exact"/>
      </w:pPr>
    </w:p>
    <w:p>
      <w:pPr>
        <w:spacing w:before="0" w:after="240" w:line="276" w:lineRule="auto"/>
      </w:pPr>
      <w:r>
        <w:rPr>
          <w:rFonts w:ascii="Arial" w:hAnsi="Arial"/>
          <w:b/>
          <w:i w:val="0"/>
          <w:color w:val="111111"/>
          <w:sz w:val="22"/>
        </w:rPr>
        <w:t>Bewerbung als [Stellenbezeichnung], [Kennziffer der Anzeige]</w:t>
      </w:r>
    </w:p>
    <w:p>
      <w:pPr>
        <w:spacing w:before="0" w:after="120" w:line="276" w:lineRule="auto"/>
      </w:pPr>
      <w:r>
        <w:rPr>
          <w:rFonts w:ascii="Arial" w:hAnsi="Arial"/>
          <w:b w:val="0"/>
          <w:i w:val="0"/>
          <w:color w:val="111111"/>
          <w:sz w:val="22"/>
        </w:rPr>
        <w:t>Sehr geehrte Frau [Nachname],</w:t>
      </w:r>
    </w:p>
    <w:p>
      <w:pPr>
        <w:spacing w:before="0" w:after="120" w:line="276" w:lineRule="auto"/>
      </w:pPr>
      <w:r>
        <w:rPr>
          <w:rFonts w:ascii="Arial" w:hAnsi="Arial"/>
          <w:b w:val="0"/>
          <w:i w:val="0"/>
          <w:color w:val="111111"/>
          <w:sz w:val="22"/>
        </w:rPr>
        <w:t>[Einstieg: der Satz, der zeigt, dass du diese Stelle meinst. Nenne, was dich an der Aufgabe oder am Unternehmen anzieht, und wo du die Anzeige gefunden hast. Kein „hiermit bewerbe ich mich“.]</w:t>
      </w:r>
    </w:p>
    <w:p>
      <w:pPr>
        <w:spacing w:before="0" w:after="120" w:line="276" w:lineRule="auto"/>
      </w:pPr>
      <w:r>
        <w:rPr>
          <w:rFonts w:ascii="Arial" w:hAnsi="Arial"/>
          <w:b w:val="0"/>
          <w:i w:val="0"/>
          <w:color w:val="111111"/>
          <w:sz w:val="22"/>
        </w:rPr>
        <w:t>[Hauptteil, erster Absatz: deine fachliche Eignung. Nimm zwei Anforderungen aus der Anzeige und belege sie mit einer Station, möglichst mit einer Zahl: Dauer, Umfang, Ergebnis.]</w:t>
      </w:r>
    </w:p>
    <w:p>
      <w:pPr>
        <w:spacing w:before="0" w:after="120" w:line="276" w:lineRule="auto"/>
      </w:pPr>
      <w:r>
        <w:rPr>
          <w:rFonts w:ascii="Arial" w:hAnsi="Arial"/>
          <w:b w:val="0"/>
          <w:i w:val="0"/>
          <w:color w:val="111111"/>
          <w:sz w:val="22"/>
        </w:rPr>
        <w:t>[Hauptteil, zweiter Absatz: die persönliche Seite. Eine Eigenschaft, die zur Stelle passt, an einem Beispiel gezeigt, nicht als Adjektiv behauptet.]</w:t>
      </w:r>
    </w:p>
    <w:p>
      <w:pPr>
        <w:spacing w:before="0" w:after="120" w:line="276" w:lineRule="auto"/>
      </w:pPr>
      <w:r>
        <w:rPr>
          <w:rFonts w:ascii="Arial" w:hAnsi="Arial"/>
          <w:b w:val="0"/>
          <w:i w:val="0"/>
          <w:color w:val="111111"/>
          <w:sz w:val="22"/>
        </w:rPr>
        <w:t>[Bezug zum Unternehmen: warum dorthin und nicht irgendwohin? Ein konkreter Punkt genügt, ein Projekt, ein Produkt, eine Haltung.]</w:t>
      </w:r>
    </w:p>
    <w:p>
      <w:pPr>
        <w:spacing w:before="0" w:after="120" w:line="276" w:lineRule="auto"/>
      </w:pPr>
      <w:r>
        <w:rPr>
          <w:rFonts w:ascii="Arial" w:hAnsi="Arial"/>
          <w:b w:val="0"/>
          <w:i w:val="0"/>
          <w:color w:val="111111"/>
          <w:sz w:val="22"/>
        </w:rPr>
        <w:t>[Schluss: Eintrittstermin, falls gefragt auch die Gehaltsvorstellung, und ein Satz zum Gespräch. Im Indikativ, ohne „würde“.]</w:t>
      </w:r>
    </w:p>
    <w:p>
      <w:pPr>
        <w:spacing w:before="0" w:after="180" w:line="20" w:lineRule="exact"/>
      </w:pPr>
    </w:p>
    <w:p>
      <w:pPr>
        <w:spacing w:before="0" w:after="120" w:line="276" w:lineRule="auto"/>
      </w:pPr>
      <w:r>
        <w:rPr>
          <w:rFonts w:ascii="Arial" w:hAnsi="Arial"/>
          <w:b w:val="0"/>
          <w:i w:val="0"/>
          <w:color w:val="111111"/>
          <w:sz w:val="22"/>
        </w:rPr>
        <w:t>Mit freundlichen Grüßen</w:t>
      </w:r>
    </w:p>
    <w:p>
      <w:pPr>
        <w:spacing w:before="0" w:after="500" w:line="20" w:lineRule="exact"/>
      </w:pPr>
    </w:p>
    <w:p>
      <w:pPr>
        <w:spacing w:before="0" w:after="0" w:line="276" w:lineRule="auto"/>
      </w:pPr>
      <w:r>
        <w:rPr>
          <w:rFonts w:ascii="Arial" w:hAnsi="Arial"/>
          <w:b w:val="0"/>
          <w:i w:val="0"/>
          <w:color w:val="111111"/>
          <w:sz w:val="22"/>
        </w:rPr>
        <w:t>[Vorname Nachname]</w:t>
      </w:r>
    </w:p>
    <w:p>
      <w:pPr>
        <w:spacing w:before="0" w:after="260" w:line="20" w:lineRule="exact"/>
      </w:pPr>
    </w:p>
    <w:p>
      <w:pPr>
        <w:spacing w:before="0" w:after="0" w:line="276" w:lineRule="auto"/>
      </w:pPr>
      <w:r>
        <w:rPr>
          <w:rFonts w:ascii="Arial" w:hAnsi="Arial"/>
          <w:b w:val="0"/>
          <w:i w:val="0"/>
          <w:color w:val="111111"/>
          <w:sz w:val="22"/>
        </w:rPr>
        <w:t>Anlagen: Lebenslauf, Zeugnisse, [weitere Anlage]</w:t>
      </w:r>
    </w:p>
    <w:sectPr w:rsidR="00FC693F" w:rsidRPr="0006063C" w:rsidSect="00034616">
      <w:footerReference w:type="default" r:id="rId12"/>
      <w:pgSz w:w="11906" w:h="16838"/>
      <w:pgMar w:top="2551" w:right="1134" w:bottom="1134" w:left="1417" w:header="720" w:footer="720"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76" w:lineRule="auto"/>
    </w:pPr>
    <w:rPr>
      <w:rFonts w:ascii="Arial" w:hAnsi="Arial" w:cs="Arial" w:eastAsia="Arial"/>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Arial" w:hAnsi="Arial" w:cs="Arial" w:eastAsia="Arial"/>
      <w:b/>
      <w:bCs/>
      <w:color w:val="111111"/>
      <w:sz w:val="32"/>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Arial" w:hAnsi="Arial" w:cs="Arial" w:eastAsia="Arial"/>
      <w:b/>
      <w:bCs/>
      <w:color w:val="111111"/>
      <w:sz w:val="27"/>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Arial" w:hAnsi="Arial" w:cs="Arial" w:eastAsia="Arial"/>
      <w:b/>
      <w:bCs/>
      <w:color w:val="11111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korrektur.de" TargetMode="Externa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Bewerbungsanschreiben: Vorlage nach DIN 5008</dc:title>
  <dc:subject>Betreff, Einstieg, Hauptteil und Schluss auf einer Seite</dc:subject>
  <dc:creator>korrektur.de</dc:creator>
  <cp:keywords>Bewerbung, Anschreiben, Bewerbungsschreiben, DIN 5008, Vorlage, Muster, Form B, Word</cp:keywords>
  <dc:description>Kostenlose Vorlage von korrektur.de. Aktuelle Fassung: https://korrektur.de/anschreiben-vorlage-studierende</dc:description>
  <cp:lastModifiedBy>korrektur.de</cp:lastModifiedBy>
  <cp:revision>1</cp:revision>
  <dcterms:created xsi:type="dcterms:W3CDTF">2013-12-23T23:15:00Z</dcterms:created>
  <dcterms:modified xsi:type="dcterms:W3CDTF">2013-12-23T23:15:00Z</dcterms:modified>
  <cp:category>Vorlage</cp:category>
</cp:coreProperties>
</file>