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Formulierungen für das Anschreiben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fertige Formulierungen für jeden Abschnitt eines Anschreibens: vom Einstieg bis zum Schlusssatz, dazu eine Liste mit Floskeln, die jede Personalabteilung schon zu oft gelesen hat.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Vor dem Schreiben, als Bausteinkasten für die eigenen Formulierungen.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Beim Überarbeiten eines fertigen Entwurfs, um Floskeln gezielt zu ersetzen.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Berufseinsteigerinnen und Berufseinsteiger ohne viel eigene Bewerbungserfahrung.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Anschreiben, die mit „Hiermit bewerbe ich mich als …“ beginnen, obwohl die Stellenanzeige das schon selbst sagt.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Soft Skills wie „teamfähig“ und „belastbar“ ohne ein einziges Beispiel, das sie belegt.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Schlusssatz im Konjunktiv, der die eigene Bewerbung selbst kleinredet: „Ich würde mich freuen …“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Formulierungen tragen ein Anschreiben nur, wenn Rechtschreibung und Ton auch stimmen. Das prüfen wir beim Lektorat und Korrektorat von: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BEWERBUNG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Formulierungen für das Anschreiben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Eine Formulierung wirkt erst mit einem eigenen Beleg dahinter: einer Zahl, einem Projekt, einem Beispiel.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Formulierungen nach Abschnitt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409"/>
        <w:gridCol w:w="7228"/>
      </w:tblGrid>
      <w:tr>
        <w:tc>
          <w:tcPr>
            <w:tcW w:type="dxa" w:w="24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Abschnitt</w:t>
            </w:r>
          </w:p>
        </w:tc>
        <w:tc>
          <w:tcPr>
            <w:tcW w:type="dxa" w:w="72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Formulierungen zum Anpassen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Einstieg (ohne „hiermit bewerbe ich mich“)</w:t>
            </w:r>
          </w:p>
        </w:tc>
        <w:tc>
          <w:tcPr>
            <w:tcW w:type="dxa" w:w="72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Mit großem Interesse habe ich Ihre Stellenanzeige als … gelesen.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Als [Berufsbezeichnung] mit … Jahren Erfahrung passt die ausgeschriebene Stelle als … genau zu meinem nächsten Schritt.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Über die Ausschreibung als … bin ich auf [Unternehmen] aufmerksam geworden, und die Aufgabe passt zu dem, was ich als Nächstes suche.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Motivation</w:t>
            </w:r>
          </w:p>
        </w:tc>
        <w:tc>
          <w:tcPr>
            <w:tcW w:type="dxa" w:w="72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Besonders reizt mich an der Stelle, dass …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An [Unternehmen] schätze ich vor allem …, deshalb möchte ich dort meinen nächsten Schritt gehen.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Die Aufgabe, …, verbindet genau die Bereiche, in denen ich mich weiterentwickeln möchte.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Qualifikation mit Beleg</w:t>
            </w:r>
          </w:p>
        </w:tc>
        <w:tc>
          <w:tcPr>
            <w:tcW w:type="dxa" w:w="72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Bei … habe ich … verantwortet und dabei … erreicht (z. B. eine Kennzahl oder ein Projektergebnis).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Im Studium der … habe ich mich auf … spezialisiert, unter anderem in einem Projekt zu …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Zusätzlich zu … bringe ich Kenntnisse in … mit, die ich in … erworben habe.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Soft Skills mit Beispiel</w:t>
            </w:r>
          </w:p>
        </w:tc>
        <w:tc>
          <w:tcPr>
            <w:tcW w:type="dxa" w:w="72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Im Team aus … habe ich gelernt, …, zum Beispiel als …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Unter Zeitdruck behalte ich den Überblick: Als … musste ich …, am Ende stand …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Meine Kommunikationsstärke zeigte sich zuletzt bei …, als ich zwischen … vermittelt habe.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Gehalt und Eintritt (nur auf Nachfrage der Anzeige)</w:t>
            </w:r>
          </w:p>
        </w:tc>
        <w:tc>
          <w:tcPr>
            <w:tcW w:type="dxa" w:w="72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Meine Gehaltsvorstellung liegt bei … Euro brutto im Jahr.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Für die genannte Position stelle ich mir ein Jahresgehalt von … Euro vor, abhängig vom Gesamtpaket.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Unter Berücksichtigung meiner Kündigungsfrist von … Monaten stehe ich ab … zur Verfügung.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Schluss (ohne Konjunktiv)</w:t>
            </w:r>
          </w:p>
        </w:tc>
        <w:tc>
          <w:tcPr>
            <w:tcW w:type="dxa" w:w="72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Ich freue mich auf das Gespräch mit Ihnen.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Gern erzähle ich Ihnen im persönlichen Gespräch mehr über …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Über eine Einladung zum Vorstellungsgespräch freue ich mich sehr.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Streichen: Floskeln, die jede Personalabteilung kennt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Diese Sätze sagen nichts, was die Stellenanzeige, der Lebenslauf oder ein Beispiel nicht besser sagen würde.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Hiermit bewerbe ich mich auf die Stelle als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Wie Sie meinem beigefügten Lebenslauf entnehmen können, …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Ich bin teamfähig, belastbar und flexibel (ohne Beispiel).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Ich würde mich sehr freuen, wenn ich … (Konjunktiv im Schluss)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Über eine positive Rückmeldung würde ich mich freuen.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Ich bin der ideale Kandidat beziehungsweise die ideale Kandidatin für diese Stelle.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Mit freundlichen Grüßen sende ich Ihnen meine Bewerbungsunterlagen (doppelt zur Grußformel).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Formulierungen für das Anschreiben</dc:title>
  <dc:subject>Merkzettel zum Ausdrucken, zwei Seiten</dc:subject>
  <dc:creator>korrektur.de</dc:creator>
  <cp:keywords>Anschreiben, Bewerbung, Formulierungen, Bewerbungsschreiben, Motivationsschreiben</cp:keywords>
  <dc:description>Kostenlose Vorlage von korrektur.de. Aktuelle Fassung: https://korrektur.de/anschreiben-beispiele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