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Anführungszeichen auf einer Seite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die deutschen Anführungszeichen, die Schweizer Form, das Zitat im Zitat, die Satzzeichenfolge und die Tastenkombinationen für Word.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 mit Zitaten, Bewerbungen, Webtexte: überall dort, wo wörtliche Rede oder ein Zitat vorkommt.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jedes Anführungszeichen auf die richtige Form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Englische Anführungszeichen "…" statt der deutschen „…“ in deutschsprachigen Texten.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Einfache Anführungszeichen ‚…‘ werden verwendet, wo doppelte „…“ stehen müssten, und umgekehrt.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Satzzeichen steht vor statt nach dem schließenden Anführungszeichen, oder wird doppelt gesetzt.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Falsch gesetzte Anführungszeichen fallen in jedem Zitat sofort auf.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ZEICHENSETZUNG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Anführungszeichen richtig setzen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Im deutschen Satz stehen „unten und oben geöffnete“ Anführungszeichen: „so“, nicht "so" und nicht »so«, außer in der Schweiz.</w:t>
            </w:r>
          </w:p>
        </w:tc>
      </w:tr>
    </w:tbl>
    <w:p>
      <w:pPr>
        <w:spacing w:before="0" w:after="1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928"/>
        <w:gridCol w:w="3855"/>
        <w:gridCol w:w="3855"/>
      </w:tblGrid>
      <w:tr>
        <w:tc>
          <w:tcPr>
            <w:tcW w:type="dxa" w:w="19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Fall</w:t>
            </w:r>
          </w:p>
        </w:tc>
        <w:tc>
          <w:tcPr>
            <w:tcW w:type="dxa" w:w="385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Regel</w:t>
            </w:r>
          </w:p>
        </w:tc>
        <w:tc>
          <w:tcPr>
            <w:tcW w:type="dxa" w:w="385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Beispiel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Deutsche Anführungszeichen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unten öffnen „, oben schließen “, Standard in Deutschland und Österreich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Sie sagte: „Ich komme morgen.“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Einfache Anführungszeichen ‚…‘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für ein Zitat innerhalb eines Zitats, unten öffnen ‚, oben schließen ‘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Er erzählte: „Sie rief nur ‚Achtung!‘ und lief los.“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Schweizer Anführungszeichen «…»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in der Schweiz Standard, spitz nach außen geöffnet, spitz nach innen geschlossen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Sie sagte: «Ich komme morgen.»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Zitat im Schweizer Text ‹…›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einfache spitze Zeichen für das Zitat im Zitat, analog zu ‚…‘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Er erzählte: «Sie rief nur ‹Achtung!› und lief los.»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Satzzeichen am Ende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Punkt steht innerhalb der Anführungszeichen, wenn er zum Zitat gehört, sonst außerhalb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Sie fragte: „Kommst du mit?“ Er nannte es „Zufall“.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Englische Zeichen "…"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in deutschsprachigen Texten falsch, nur bei englischen Zitaten im Original zulässig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falsch: "So geht das nicht." richtig: „So geht das nicht.“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Anführungszeichen in Word und auf der Tastatur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Zeichen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Windows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Mac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„ (unten öffnend)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Alt + 0132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Alt + Umschalt + 2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“ (oben schließend)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Alt + 0147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Alt + 2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‚ (einfach unten)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Alt + 0130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Alt + Umschalt + 3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‘ (einfach oben)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Alt + 0145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Alt + 3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« und »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Alt + 0171 / Alt + 0187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Alt + Q / Alt + Umschalt + Q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In Word ersetzt die Autokorrektur gerade Anführungszeichen meist automatisch durch die deutsche Form, wenn die Spracheinstellung des Absatzes auf Deutsch steht. Bei falscher Sprache bleiben die geraden "…" stehen.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Anführungszeichen richtig setzen: Merkzettel mit allen Sonderfällen</dc:title>
  <dc:subject>Merkzettel zum Ausdrucken, eine Seite</dc:subject>
  <dc:creator>korrektur.de</dc:creator>
  <cp:keywords>Anführungszeichen, Zitat, Gänsefüßchen, deutsche Anführungszeichen, Merkzettel, Deutsch</cp:keywords>
  <dc:description>Kostenlose Vorlage von korrektur.de. Aktuelle Fassung: https://korrektur.de/anfuehrungszeichen-richtig-setzen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