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200"/>
        <w:pBdr>
          <w:bottom w:val="single" w:sz="18" w:space="4" w:color="00A85A"/>
        </w:pBdr>
      </w:pPr>
      <w:r>
        <w:drawing>
          <wp:inline xmlns:a="http://schemas.openxmlformats.org/drawingml/2006/main" xmlns:pic="http://schemas.openxmlformats.org/drawingml/2006/picture">
            <wp:extent cx="1333500" cy="266700"/>
            <wp:docPr id="1" name="Picture 1"/>
            <wp:cNvGraphicFramePr>
              <a:graphicFrameLocks noChangeAspect="1"/>
            </wp:cNvGraphicFramePr>
            <a:graphic>
              <a:graphicData uri="http://schemas.openxmlformats.org/drawingml/2006/picture">
                <pic:pic>
                  <pic:nvPicPr>
                    <pic:cNvPr id="0" name="korrektur-wortmarke-vorlagen.png"/>
                    <pic:cNvPicPr/>
                  </pic:nvPicPr>
                  <pic:blipFill>
                    <a:blip r:embed="rId10"/>
                    <a:stretch>
                      <a:fillRect/>
                    </a:stretch>
                  </pic:blipFill>
                  <pic:spPr>
                    <a:xfrm>
                      <a:off x="0" y="0"/>
                      <a:ext cx="1333500" cy="266700"/>
                    </a:xfrm>
                    <a:prstGeom prst="rect"/>
                  </pic:spPr>
                </pic:pic>
              </a:graphicData>
            </a:graphic>
          </wp:inline>
        </w:drawing>
      </w:r>
    </w:p>
    <w:p>
      <w:pPr>
        <w:spacing w:before="80" w:after="100" w:line="276" w:lineRule="auto"/>
      </w:pPr>
      <w:r>
        <w:rPr>
          <w:rFonts w:ascii="Arial" w:hAnsi="Arial"/>
          <w:b/>
          <w:i w:val="0"/>
          <w:color w:val="006B46"/>
          <w:sz w:val="17"/>
        </w:rPr>
        <w:t>VORLAGE ZUM FREIEN GEBRAUCH</w:t>
      </w:r>
    </w:p>
    <w:p>
      <w:pPr>
        <w:spacing w:before="0" w:after="180" w:line="252" w:lineRule="auto"/>
      </w:pPr>
      <w:r>
        <w:rPr>
          <w:rFonts w:ascii="Arial" w:hAnsi="Arial"/>
          <w:b/>
          <w:i w:val="0"/>
          <w:color w:val="111111"/>
          <w:sz w:val="38"/>
        </w:rPr>
        <w:t>Word-Formatvorlage für Haus-, Bachelor- und Masterarbeiten</w:t>
      </w:r>
    </w:p>
    <w:p>
      <w:pPr>
        <w:spacing w:before="0" w:after="120" w:line="276" w:lineRule="auto"/>
      </w:pPr>
      <w:r>
        <w:rPr>
          <w:rFonts w:ascii="Arial" w:hAnsi="Arial"/>
          <w:b w:val="0"/>
          <w:i w:val="0"/>
          <w:color w:val="111111"/>
          <w:sz w:val="22"/>
        </w:rPr>
        <w:t>Kein fertiger Text, sondern das Gerüst: Deckblatt, Verzeichnisse, Kapitelstruktur und eidesstattliche Erklärung. Überschriften sind echte Formatvorlagen, das Inhaltsverzeichnis füllt sich selbst, und die Seitenzahlen laufen römisch für die Verzeichnisse und arabisch ab der Einleitung.</w:t>
      </w:r>
    </w:p>
    <w:p>
      <w:pPr>
        <w:spacing w:before="200" w:after="60" w:line="276" w:lineRule="auto"/>
      </w:pPr>
      <w:r>
        <w:rPr>
          <w:rFonts w:ascii="Arial" w:hAnsi="Arial"/>
          <w:b/>
          <w:i w:val="0"/>
          <w:color w:val="111111"/>
          <w:sz w:val="24"/>
        </w:rPr>
        <w:t>So arbeitest du damit</w:t>
      </w:r>
    </w:p>
    <w:p>
      <w:pPr>
        <w:spacing w:before="0" w:after="60" w:line="276" w:lineRule="auto"/>
        <w:ind w:left="425" w:hanging="425"/>
      </w:pPr>
      <w:r>
        <w:rPr>
          <w:rFonts w:ascii="Arial" w:hAnsi="Arial"/>
          <w:b/>
          <w:color w:val="006B46"/>
        </w:rPr>
        <w:t xml:space="preserve">1.  </w:t>
      </w:r>
      <w:r>
        <w:rPr>
          <w:rFonts w:ascii="Arial" w:hAnsi="Arial"/>
          <w:sz w:val="22"/>
        </w:rPr>
        <w:t>Lösche diese Seite. Sie gehört nicht in die Arbeit.</w:t>
      </w:r>
    </w:p>
    <w:p>
      <w:pPr>
        <w:spacing w:before="0" w:after="60" w:line="276" w:lineRule="auto"/>
        <w:ind w:left="425" w:hanging="425"/>
      </w:pPr>
      <w:r>
        <w:rPr>
          <w:rFonts w:ascii="Arial" w:hAnsi="Arial"/>
          <w:b/>
          <w:color w:val="006B46"/>
        </w:rPr>
        <w:t xml:space="preserve">2.  </w:t>
      </w:r>
      <w:r>
        <w:rPr>
          <w:rFonts w:ascii="Arial" w:hAnsi="Arial"/>
          <w:sz w:val="22"/>
        </w:rPr>
        <w:t>Schreib Überschriften nie von Hand fett. Cursor in die Zeile, dann unter Start die Formatvorlage Überschrift 1, 2 oder 3. Nur so erscheinen sie im Inhaltsverzeichnis.</w:t>
      </w:r>
    </w:p>
    <w:p>
      <w:pPr>
        <w:spacing w:before="0" w:after="60" w:line="276" w:lineRule="auto"/>
        <w:ind w:left="425" w:hanging="425"/>
      </w:pPr>
      <w:r>
        <w:rPr>
          <w:rFonts w:ascii="Arial" w:hAnsi="Arial"/>
          <w:b/>
          <w:color w:val="006B46"/>
        </w:rPr>
        <w:t xml:space="preserve">3.  </w:t>
      </w:r>
      <w:r>
        <w:rPr>
          <w:rFonts w:ascii="Arial" w:hAnsi="Arial"/>
          <w:sz w:val="22"/>
        </w:rPr>
        <w:t>Klick zum Schluss ins Inhaltsverzeichnis und drücke F9, dann „Gesamtes Verzeichnis aktualisieren“. Vorher ist es leer, und das ist richtig so.</w:t>
      </w:r>
    </w:p>
    <w:p>
      <w:pPr>
        <w:spacing w:before="0" w:after="60" w:line="276" w:lineRule="auto"/>
        <w:ind w:left="425" w:hanging="425"/>
      </w:pPr>
      <w:r>
        <w:rPr>
          <w:rFonts w:ascii="Arial" w:hAnsi="Arial"/>
          <w:b/>
          <w:color w:val="006B46"/>
        </w:rPr>
        <w:t xml:space="preserve">4.  </w:t>
      </w:r>
      <w:r>
        <w:rPr>
          <w:rFonts w:ascii="Arial" w:hAnsi="Arial"/>
          <w:sz w:val="22"/>
        </w:rPr>
        <w:t>Lass die Abschnittsumbrüche stehen. Sie sind der Grund, warum die Seitenzahlen ab der Einleitung wieder bei 1 anfangen.</w:t>
      </w:r>
    </w:p>
    <w:p>
      <w:pPr>
        <w:spacing w:before="0" w:after="60" w:line="276" w:lineRule="auto"/>
        <w:ind w:left="425" w:hanging="425"/>
      </w:pPr>
      <w:r>
        <w:rPr>
          <w:rFonts w:ascii="Arial" w:hAnsi="Arial"/>
          <w:b/>
          <w:color w:val="006B46"/>
        </w:rPr>
        <w:t xml:space="preserve">5.  </w:t>
      </w:r>
      <w:r>
        <w:rPr>
          <w:rFonts w:ascii="Arial" w:hAnsi="Arial"/>
          <w:sz w:val="22"/>
        </w:rPr>
        <w:t>Gleich die Vorlage mit deiner Prüfungsordnung ab. Die Ordnung geht immer vor.</w:t>
      </w:r>
    </w:p>
    <w:tbl>
      <w:tblPr>
        <w:tblW w:type="auto" w:w="0"/>
        <w:jc w:val="left"/>
        <w:tblLook w:firstColumn="1" w:firstRow="1" w:lastColumn="0" w:lastRow="0" w:noHBand="0" w:noVBand="1" w:val="04A0"/>
        <w:tblBorders>
          <w:top w:val="none" w:sz="0"/>
          <w:left w:val="none" w:sz="0"/>
          <w:bottom w:val="none" w:sz="0"/>
          <w:right w:val="none" w:sz="0"/>
          <w:insideH w:val="none" w:sz="0"/>
          <w:insideV w:val="none" w:sz="0"/>
        </w:tblBorders>
      </w:tblPr>
      <w:tblGrid>
        <w:gridCol w:w="9972"/>
      </w:tblGrid>
      <w:tr>
        <w:tc>
          <w:tcPr>
            <w:tcW w:type="dxa" w:w="9972"/>
            <w:shd w:val="clear" w:color="auto" w:fill="F2F8F4"/>
            <w:tcBorders>
              <w:left w:val="single" w:sz="24" w:space="0" w:color="00A85A"/>
            </w:tcBorders>
          </w:tcPr>
          <w:p>
            <w:pPr>
              <w:spacing w:before="120" w:after="60"/>
            </w:pPr>
            <w:r>
              <w:rPr>
                <w:rFonts w:ascii="Arial" w:hAnsi="Arial"/>
                <w:b/>
                <w:color w:val="006B46"/>
                <w:sz w:val="21"/>
              </w:rPr>
              <w:t>Formalia auf einen Blick</w:t>
            </w:r>
          </w:p>
          <w:p>
            <w:pPr>
              <w:spacing w:after="40"/>
            </w:pPr>
            <w:r>
              <w:rPr>
                <w:rFonts w:ascii="Arial" w:hAnsi="Arial"/>
                <w:color w:val="111111"/>
                <w:sz w:val="20"/>
              </w:rPr>
              <w:t>Ränder: links 3,0 cm, rechts 2,5 cm, oben 2,5 cm, unten 2,0 cm</w:t>
            </w:r>
          </w:p>
          <w:p>
            <w:pPr>
              <w:spacing w:after="40"/>
            </w:pPr>
            <w:r>
              <w:rPr>
                <w:rFonts w:ascii="Arial" w:hAnsi="Arial"/>
                <w:color w:val="111111"/>
                <w:sz w:val="20"/>
              </w:rPr>
              <w:t>Schrift: Arial 11 pt oder Times New Roman 12 pt</w:t>
            </w:r>
          </w:p>
          <w:p>
            <w:pPr>
              <w:spacing w:after="40"/>
            </w:pPr>
            <w:r>
              <w:rPr>
                <w:rFonts w:ascii="Arial" w:hAnsi="Arial"/>
                <w:color w:val="111111"/>
                <w:sz w:val="20"/>
              </w:rPr>
              <w:t>Zeilenabstand: 1,5, Blocksatz mit Silbentrennung</w:t>
            </w:r>
          </w:p>
          <w:p>
            <w:pPr>
              <w:spacing w:after="40"/>
            </w:pPr>
            <w:r>
              <w:rPr>
                <w:rFonts w:ascii="Arial" w:hAnsi="Arial"/>
                <w:color w:val="111111"/>
                <w:sz w:val="20"/>
              </w:rPr>
              <w:t>Seitenzahlen: Verzeichnisse römisch, Textteil arabisch ab 1</w:t>
            </w:r>
          </w:p>
          <w:p>
            <w:pPr>
              <w:spacing w:after="120"/>
            </w:pPr>
            <w:r>
              <w:rPr>
                <w:rFonts w:ascii="Arial" w:hAnsi="Arial"/>
                <w:color w:val="111111"/>
                <w:sz w:val="20"/>
              </w:rPr>
              <w:t>Im Zweifel gilt immer deine Prüfungsordnung</w:t>
            </w:r>
          </w:p>
        </w:tc>
      </w:tr>
    </w:tbl>
    <w:p>
      <w:pPr>
        <w:spacing w:before="0" w:after="0" w:line="276" w:lineRule="auto"/>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972"/>
      </w:tblGrid>
      <w:tr>
        <w:tc>
          <w:tcPr>
            <w:tcW w:type="dxa" w:w="9972"/>
            <w:shd w:val="clear" w:color="auto" w:fill="F2F8F4"/>
            <w:tcBorders>
              <w:left w:val="single" w:sz="24" w:space="0" w:color="00A85A"/>
            </w:tcBorders>
          </w:tcPr>
          <w:p>
            <w:pPr>
              <w:spacing w:before="120" w:after="60"/>
            </w:pPr>
            <w:r>
              <w:rPr>
                <w:rFonts w:ascii="Arial" w:hAnsi="Arial"/>
                <w:b/>
                <w:color w:val="111111"/>
                <w:sz w:val="22"/>
              </w:rPr>
              <w:t>Vor der Abgabe</w:t>
            </w:r>
          </w:p>
          <w:p>
            <w:pPr>
              <w:spacing w:after="120"/>
            </w:pPr>
            <w:r>
              <w:rPr>
                <w:rFonts w:ascii="Arial" w:hAnsi="Arial"/>
                <w:sz w:val="20"/>
              </w:rPr>
              <w:t xml:space="preserve">In der Formalnote zählt jeder Fehler, und nach Monaten am eigenen Text sieht man ihn nicht mehr. Wir lesen gegen: </w:t>
            </w:r>
            <w:hyperlink r:id="rId11">
              <w:r>
                <w:rPr>
                  <w:rFonts w:ascii="Arial" w:hAnsi="Arial"/>
                  <w:color w:val="006B46"/>
                  <w:b/>
                  <w:u w:val="single"/>
                </w:rPr>
                <w:t>korrektur.de</w:t>
              </w:r>
            </w:hyperlink>
          </w:p>
        </w:tc>
      </w:tr>
    </w:tbl>
    <w:p>
      <w:pPr>
        <w:spacing w:before="0" w:after="80" w:line="276" w:lineRule="auto"/>
      </w:pPr>
      <w:r>
        <w:rPr>
          <w:rFonts w:ascii="Arial" w:hAnsi="Arial"/>
          <w:b w:val="0"/>
          <w:i w:val="0"/>
          <w:color w:val="555555"/>
          <w:sz w:val="18"/>
        </w:rPr>
        <w:t>Frei nutzbar, anpassbar und weitergebbar. Erstellt von korrektur.de. Stand: September 2026.</w:t>
      </w:r>
    </w:p>
    <w:p>
      <w:pPr>
        <w:sectPr>
          <w:footerReference w:type="default" r:id="rId9"/>
          <w:pgSz w:w="12240" w:h="15840"/>
          <w:pgMar w:top="1020" w:right="1134" w:bottom="1020" w:left="1134" w:header="720" w:footer="720" w:gutter="0"/>
          <w:cols w:space="720"/>
          <w:docGrid w:linePitch="360"/>
          <w:pgNumType w:fmt="decimal" w:start="1"/>
        </w:sectPr>
      </w:pPr>
    </w:p>
    <w:p>
      <w:pPr>
        <w:spacing w:before="0" w:after="780" w:line="20" w:lineRule="exact"/>
      </w:pPr>
    </w:p>
    <w:p>
      <w:pPr>
        <w:spacing w:before="0" w:after="0" w:line="276" w:lineRule="auto"/>
        <w:jc w:val="right"/>
      </w:pPr>
      <w:r>
        <w:rPr>
          <w:rFonts w:ascii="Arial" w:hAnsi="Arial"/>
          <w:b w:val="0"/>
          <w:i w:val="0"/>
          <w:color w:val="111111"/>
          <w:sz w:val="22"/>
        </w:rPr>
        <w:t>[Name der Hochschule]</w:t>
      </w:r>
    </w:p>
    <w:p>
      <w:pPr>
        <w:spacing w:before="0" w:after="0" w:line="276" w:lineRule="auto"/>
        <w:jc w:val="right"/>
      </w:pPr>
      <w:r>
        <w:rPr>
          <w:rFonts w:ascii="Arial" w:hAnsi="Arial"/>
          <w:b w:val="0"/>
          <w:i w:val="0"/>
          <w:color w:val="111111"/>
          <w:sz w:val="22"/>
        </w:rPr>
        <w:t>[Fakultät oder Fachbereich]</w:t>
      </w:r>
    </w:p>
    <w:p>
      <w:pPr>
        <w:spacing w:before="0" w:after="0" w:line="276" w:lineRule="auto"/>
        <w:jc w:val="right"/>
      </w:pPr>
      <w:r>
        <w:rPr>
          <w:rFonts w:ascii="Arial" w:hAnsi="Arial"/>
          <w:b w:val="0"/>
          <w:i w:val="0"/>
          <w:color w:val="111111"/>
          <w:sz w:val="22"/>
        </w:rPr>
        <w:t>[Institut oder Lehrstuhl]</w:t>
      </w:r>
    </w:p>
    <w:p>
      <w:pPr>
        <w:spacing w:before="0" w:after="1380" w:line="20" w:lineRule="exact"/>
      </w:pPr>
    </w:p>
    <w:p>
      <w:pPr>
        <w:spacing w:before="0" w:after="200" w:line="276" w:lineRule="auto"/>
      </w:pPr>
      <w:r>
        <w:rPr>
          <w:rFonts w:ascii="Arial" w:hAnsi="Arial"/>
          <w:b/>
          <w:i w:val="0"/>
          <w:color w:val="111111"/>
          <w:sz w:val="32"/>
        </w:rPr>
        <w:t>[Titel der Arbeit]</w:t>
      </w:r>
    </w:p>
    <w:p>
      <w:pPr>
        <w:spacing w:before="0" w:after="120" w:line="276" w:lineRule="auto"/>
      </w:pPr>
      <w:r>
        <w:rPr>
          <w:rFonts w:ascii="Arial" w:hAnsi="Arial"/>
          <w:b w:val="0"/>
          <w:i w:val="0"/>
          <w:color w:val="111111"/>
          <w:sz w:val="22"/>
        </w:rPr>
        <w:t>[Untertitel, falls vorhanden]</w:t>
      </w:r>
    </w:p>
    <w:p>
      <w:pPr>
        <w:spacing w:before="0" w:after="1180" w:line="20" w:lineRule="exact"/>
      </w:pPr>
    </w:p>
    <w:p>
      <w:pPr>
        <w:spacing w:before="0" w:after="0" w:line="276" w:lineRule="auto"/>
      </w:pPr>
      <w:r>
        <w:rPr>
          <w:rFonts w:ascii="Arial" w:hAnsi="Arial"/>
          <w:b w:val="0"/>
          <w:i w:val="0"/>
          <w:color w:val="111111"/>
          <w:sz w:val="22"/>
        </w:rPr>
        <w:t>[Art der Arbeit: Hausarbeit, Bachelorarbeit, Masterarbeit]</w:t>
      </w:r>
    </w:p>
    <w:p>
      <w:pPr>
        <w:spacing w:before="0" w:after="0" w:line="276" w:lineRule="auto"/>
      </w:pPr>
      <w:r>
        <w:rPr>
          <w:rFonts w:ascii="Arial" w:hAnsi="Arial"/>
          <w:b w:val="0"/>
          <w:i w:val="0"/>
          <w:color w:val="111111"/>
          <w:sz w:val="22"/>
        </w:rPr>
        <w:t>im Studiengang [Name des Studiengangs]</w:t>
      </w:r>
    </w:p>
    <w:p>
      <w:pPr>
        <w:spacing w:before="0" w:after="780" w:line="20" w:lineRule="exact"/>
      </w:pPr>
    </w:p>
    <w:p>
      <w:pPr>
        <w:spacing w:before="0" w:after="0" w:line="276" w:lineRule="auto"/>
      </w:pPr>
      <w:r>
        <w:rPr>
          <w:rFonts w:ascii="Arial" w:hAnsi="Arial"/>
          <w:b w:val="0"/>
          <w:i w:val="0"/>
          <w:color w:val="111111"/>
          <w:sz w:val="22"/>
        </w:rPr>
        <w:t>vorgelegt von: [Vorname Nachname]</w:t>
      </w:r>
    </w:p>
    <w:p>
      <w:pPr>
        <w:spacing w:before="0" w:after="0" w:line="276" w:lineRule="auto"/>
      </w:pPr>
      <w:r>
        <w:rPr>
          <w:rFonts w:ascii="Arial" w:hAnsi="Arial"/>
          <w:b w:val="0"/>
          <w:i w:val="0"/>
          <w:color w:val="111111"/>
          <w:sz w:val="22"/>
        </w:rPr>
        <w:t>Matrikelnummer: [Nummer]</w:t>
      </w:r>
    </w:p>
    <w:p>
      <w:pPr>
        <w:spacing w:before="0" w:after="0" w:line="276" w:lineRule="auto"/>
      </w:pPr>
      <w:r>
        <w:rPr>
          <w:rFonts w:ascii="Arial" w:hAnsi="Arial"/>
          <w:b w:val="0"/>
          <w:i w:val="0"/>
          <w:color w:val="111111"/>
          <w:sz w:val="22"/>
        </w:rPr>
        <w:t>E-Mail: [E-Mail-Adresse]</w:t>
      </w:r>
    </w:p>
    <w:p>
      <w:pPr>
        <w:spacing w:before="0" w:after="0" w:line="276" w:lineRule="auto"/>
      </w:pPr>
      <w:r>
        <w:rPr>
          <w:rFonts w:ascii="Arial" w:hAnsi="Arial"/>
          <w:b w:val="0"/>
          <w:i w:val="0"/>
          <w:color w:val="111111"/>
          <w:sz w:val="22"/>
        </w:rPr>
        <w:t>Fachsemester: [Zahl]</w:t>
      </w:r>
    </w:p>
    <w:p>
      <w:pPr>
        <w:spacing w:before="0" w:after="500" w:line="20" w:lineRule="exact"/>
      </w:pPr>
    </w:p>
    <w:p>
      <w:pPr>
        <w:spacing w:before="0" w:after="0" w:line="276" w:lineRule="auto"/>
      </w:pPr>
      <w:r>
        <w:rPr>
          <w:rFonts w:ascii="Arial" w:hAnsi="Arial"/>
          <w:b w:val="0"/>
          <w:i w:val="0"/>
          <w:color w:val="111111"/>
          <w:sz w:val="22"/>
        </w:rPr>
        <w:t>Erstgutachten: [Titel Vorname Nachname]</w:t>
      </w:r>
    </w:p>
    <w:p>
      <w:pPr>
        <w:spacing w:before="0" w:after="0" w:line="276" w:lineRule="auto"/>
      </w:pPr>
      <w:r>
        <w:rPr>
          <w:rFonts w:ascii="Arial" w:hAnsi="Arial"/>
          <w:b w:val="0"/>
          <w:i w:val="0"/>
          <w:color w:val="111111"/>
          <w:sz w:val="22"/>
        </w:rPr>
        <w:t>Zweitgutachten: [Titel Vorname Nachname]</w:t>
      </w:r>
    </w:p>
    <w:p>
      <w:pPr>
        <w:spacing w:before="0" w:after="500" w:line="20" w:lineRule="exact"/>
      </w:pPr>
    </w:p>
    <w:p>
      <w:pPr>
        <w:spacing w:before="0" w:after="0" w:line="276" w:lineRule="auto"/>
      </w:pPr>
      <w:r>
        <w:rPr>
          <w:rFonts w:ascii="Arial" w:hAnsi="Arial"/>
          <w:b w:val="0"/>
          <w:i w:val="0"/>
          <w:color w:val="111111"/>
          <w:sz w:val="22"/>
        </w:rPr>
        <w:t>Abgabedatum: [TT.MM.JJJJ]</w:t>
      </w:r>
    </w:p>
    <w:p>
      <w:pPr>
        <w:sectPr>
          <w:footerReference w:type="default" r:id="rId12"/>
          <w:pgSz w:w="12240" w:h="15840"/>
          <w:pgMar w:top="1417" w:right="1417" w:bottom="1134" w:left="1701" w:header="720" w:footer="720" w:gutter="0"/>
          <w:cols w:space="720"/>
          <w:docGrid w:linePitch="360"/>
          <w:pgNumType w:fmt="lowerRoman" w:start="1"/>
        </w:sectPr>
      </w:pPr>
    </w:p>
    <w:p>
      <w:pPr>
        <w:spacing w:before="0" w:after="200" w:line="276" w:lineRule="auto"/>
      </w:pPr>
      <w:r>
        <w:rPr>
          <w:rFonts w:ascii="Arial" w:hAnsi="Arial"/>
          <w:b/>
          <w:i w:val="0"/>
          <w:color w:val="111111"/>
          <w:sz w:val="32"/>
        </w:rPr>
        <w:t>Inhaltsverzeichnis</w:t>
      </w:r>
    </w:p>
    <w:p>
      <w:pPr>
        <w:spacing w:after="120"/>
      </w:pPr>
      <w:r>
        <w:rPr>
          <w:rFonts w:ascii="Arial" w:hAnsi="Arial"/>
          <w:color w:val="555555"/>
          <w:sz w:val="21"/>
        </w:rPr>
        <w:fldChar w:fldCharType="begin" w:dirty="true"/>
        <w:instrText xml:space="preserve">TOC \o "1-3" \h \z \u</w:instrText>
        <w:fldChar w:fldCharType="separate"/>
        <w:t>Hier steht dein Inhaltsverzeichnis, sobald du es aktualisierst: klick hinein und druecke F9.</w:t>
        <w:fldChar w:fldCharType="end"/>
      </w:r>
    </w:p>
    <w:p>
      <w:r>
        <w:br w:type="page"/>
      </w:r>
    </w:p>
    <w:p>
      <w:pPr>
        <w:spacing w:before="0" w:after="200" w:line="276" w:lineRule="auto"/>
      </w:pPr>
      <w:r>
        <w:rPr>
          <w:rFonts w:ascii="Arial" w:hAnsi="Arial"/>
          <w:b/>
          <w:i w:val="0"/>
          <w:color w:val="111111"/>
          <w:sz w:val="32"/>
        </w:rPr>
        <w:t>Abkürzungsverzeichnis</w:t>
      </w:r>
    </w:p>
    <w:p>
      <w:pPr>
        <w:spacing w:before="0" w:after="200" w:line="360" w:lineRule="auto"/>
      </w:pPr>
      <w:r>
        <w:rPr>
          <w:rFonts w:ascii="Arial" w:hAnsi="Arial"/>
          <w:b w:val="0"/>
          <w:i/>
          <w:color w:val="555555"/>
          <w:sz w:val="22"/>
        </w:rPr>
        <w:t>[Abkürzung]     [Bedeutung ausgeschrieben]</w:t>
      </w:r>
    </w:p>
    <w:p>
      <w:pPr>
        <w:spacing w:before="0" w:after="200" w:line="360" w:lineRule="auto"/>
      </w:pPr>
      <w:r>
        <w:rPr>
          <w:rFonts w:ascii="Arial" w:hAnsi="Arial"/>
          <w:b w:val="0"/>
          <w:i/>
          <w:color w:val="555555"/>
          <w:sz w:val="22"/>
        </w:rPr>
        <w:t>Nur nötig, wenn du Abkürzungen verwendest, die über die allgemein bekannten hinausgehen. Streiche dieses Verzeichnis sonst ersatzlos.</w:t>
      </w:r>
    </w:p>
    <w:p>
      <w:r>
        <w:br w:type="page"/>
      </w:r>
    </w:p>
    <w:p>
      <w:pPr>
        <w:spacing w:before="0" w:after="200" w:line="276" w:lineRule="auto"/>
      </w:pPr>
      <w:r>
        <w:rPr>
          <w:rFonts w:ascii="Arial" w:hAnsi="Arial"/>
          <w:b/>
          <w:i w:val="0"/>
          <w:color w:val="111111"/>
          <w:sz w:val="32"/>
        </w:rPr>
        <w:t>Abbildungsverzeichnis</w:t>
      </w:r>
    </w:p>
    <w:p>
      <w:pPr>
        <w:spacing w:before="0" w:after="200" w:line="360" w:lineRule="auto"/>
      </w:pPr>
      <w:r>
        <w:rPr>
          <w:rFonts w:ascii="Arial" w:hAnsi="Arial"/>
          <w:b w:val="0"/>
          <w:i/>
          <w:color w:val="555555"/>
          <w:sz w:val="22"/>
        </w:rPr>
        <w:t>Beschrifte jede Abbildung über Verweise, Beschriftung einfügen. Dann füllt sich dieses Verzeichnis über Verweise, Abbildungsverzeichnis einfügen von selbst.</w:t>
      </w:r>
    </w:p>
    <w:p>
      <w:pPr>
        <w:sectPr>
          <w:footerReference w:type="default" r:id="rId13"/>
          <w:pgSz w:w="12240" w:h="15840"/>
          <w:pgMar w:top="1417" w:right="1417" w:bottom="1134" w:left="1701" w:header="720" w:footer="720" w:gutter="0"/>
          <w:cols w:space="720"/>
          <w:docGrid w:linePitch="360"/>
          <w:pgNumType w:fmt="lowerRoman" w:start="2"/>
        </w:sectPr>
      </w:pPr>
    </w:p>
    <w:p>
      <w:pPr>
        <w:pStyle w:val="Heading1"/>
      </w:pPr>
      <w:r>
        <w:t>Einleitung</w:t>
      </w:r>
    </w:p>
    <w:p>
      <w:pPr>
        <w:pStyle w:val="Heading2"/>
      </w:pPr>
      <w:r>
        <w:t>Problemstellung und Relevanz</w:t>
      </w:r>
    </w:p>
    <w:p>
      <w:pPr>
        <w:spacing w:before="0" w:after="200" w:line="360" w:lineRule="auto"/>
      </w:pPr>
      <w:r>
        <w:rPr>
          <w:rFonts w:ascii="Arial" w:hAnsi="Arial"/>
          <w:b w:val="0"/>
          <w:i/>
          <w:color w:val="555555"/>
          <w:sz w:val="22"/>
        </w:rPr>
        <w:t>[Woran hakt es in deinem Thema, und warum ist das über deinen Einzelfall hinaus interessant?]</w:t>
      </w:r>
    </w:p>
    <w:p>
      <w:pPr>
        <w:pStyle w:val="Heading2"/>
      </w:pPr>
      <w:r>
        <w:t>Zielsetzung und Forschungsfrage</w:t>
      </w:r>
    </w:p>
    <w:p>
      <w:pPr>
        <w:spacing w:before="0" w:after="200" w:line="360" w:lineRule="auto"/>
      </w:pPr>
      <w:r>
        <w:rPr>
          <w:rFonts w:ascii="Arial" w:hAnsi="Arial"/>
          <w:b w:val="0"/>
          <w:i/>
          <w:color w:val="555555"/>
          <w:sz w:val="22"/>
        </w:rPr>
        <w:t>[Eine Frage, präzise formuliert, die deine Arbeit am Ende beantwortet haben wird.]</w:t>
      </w:r>
    </w:p>
    <w:p>
      <w:pPr>
        <w:pStyle w:val="Heading2"/>
      </w:pPr>
      <w:r>
        <w:t>Aufbau der Arbeit</w:t>
      </w:r>
    </w:p>
    <w:p>
      <w:pPr>
        <w:spacing w:before="0" w:after="200" w:line="360" w:lineRule="auto"/>
      </w:pPr>
      <w:r>
        <w:rPr>
          <w:rFonts w:ascii="Arial" w:hAnsi="Arial"/>
          <w:b w:val="0"/>
          <w:i/>
          <w:color w:val="555555"/>
          <w:sz w:val="22"/>
        </w:rPr>
        <w:t>[Ein Absatz, der die Kapitel in ihrer Logik vorstellt, nicht nur aufzählt.]</w:t>
      </w:r>
    </w:p>
    <w:p>
      <w:pPr>
        <w:pStyle w:val="Heading1"/>
      </w:pPr>
      <w:r>
        <w:t>Theoretischer Hintergrund</w:t>
      </w:r>
    </w:p>
    <w:p>
      <w:pPr>
        <w:pStyle w:val="Heading2"/>
      </w:pPr>
      <w:r>
        <w:t>Begriffsbestimmung</w:t>
      </w:r>
    </w:p>
    <w:p>
      <w:pPr>
        <w:spacing w:before="0" w:after="200" w:line="360" w:lineRule="auto"/>
      </w:pPr>
      <w:r>
        <w:rPr>
          <w:rFonts w:ascii="Arial" w:hAnsi="Arial"/>
          <w:b w:val="0"/>
          <w:i/>
          <w:color w:val="555555"/>
          <w:sz w:val="22"/>
        </w:rPr>
        <w:t>[Definiere die zentralen Begriffe mit Beleg und lege fest, welcher Definition du folgst.]</w:t>
      </w:r>
    </w:p>
    <w:p>
      <w:pPr>
        <w:pStyle w:val="Heading2"/>
      </w:pPr>
      <w:r>
        <w:t>Stand der Forschung</w:t>
      </w:r>
    </w:p>
    <w:p>
      <w:pPr>
        <w:spacing w:before="0" w:after="200" w:line="360" w:lineRule="auto"/>
      </w:pPr>
      <w:r>
        <w:rPr>
          <w:rFonts w:ascii="Arial" w:hAnsi="Arial"/>
          <w:b w:val="0"/>
          <w:i/>
          <w:color w:val="555555"/>
          <w:sz w:val="22"/>
        </w:rPr>
        <w:t>[Was ist bereits belegt, wo widersprechen sich die Quellen, und welche Lücke füllt deine Arbeit?]</w:t>
      </w:r>
    </w:p>
    <w:p>
      <w:pPr>
        <w:pStyle w:val="Heading1"/>
      </w:pPr>
      <w:r>
        <w:t>Methodik</w:t>
      </w:r>
    </w:p>
    <w:p>
      <w:pPr>
        <w:pStyle w:val="Heading2"/>
      </w:pPr>
      <w:r>
        <w:t>Forschungsdesign</w:t>
      </w:r>
    </w:p>
    <w:p>
      <w:pPr>
        <w:spacing w:before="0" w:after="200" w:line="360" w:lineRule="auto"/>
      </w:pPr>
      <w:r>
        <w:rPr>
          <w:rFonts w:ascii="Arial" w:hAnsi="Arial"/>
          <w:b w:val="0"/>
          <w:i/>
          <w:color w:val="555555"/>
          <w:sz w:val="22"/>
        </w:rPr>
        <w:t>[Welches Vorgehen, und warum passt es zu deiner Frage?]</w:t>
      </w:r>
    </w:p>
    <w:p>
      <w:pPr>
        <w:pStyle w:val="Heading2"/>
      </w:pPr>
      <w:r>
        <w:t>Datenerhebung</w:t>
      </w:r>
    </w:p>
    <w:p>
      <w:pPr>
        <w:spacing w:before="0" w:after="200" w:line="360" w:lineRule="auto"/>
      </w:pPr>
      <w:r>
        <w:rPr>
          <w:rFonts w:ascii="Arial" w:hAnsi="Arial"/>
          <w:b w:val="0"/>
          <w:i/>
          <w:color w:val="555555"/>
          <w:sz w:val="22"/>
        </w:rPr>
        <w:t>[Wer oder was wurde untersucht, wann, wie, in welchem Umfang?]</w:t>
      </w:r>
    </w:p>
    <w:p>
      <w:pPr>
        <w:pStyle w:val="Heading2"/>
      </w:pPr>
      <w:r>
        <w:t>Auswertung</w:t>
      </w:r>
    </w:p>
    <w:p>
      <w:pPr>
        <w:spacing w:before="0" w:after="200" w:line="360" w:lineRule="auto"/>
      </w:pPr>
      <w:r>
        <w:rPr>
          <w:rFonts w:ascii="Arial" w:hAnsi="Arial"/>
          <w:b w:val="0"/>
          <w:i/>
          <w:color w:val="555555"/>
          <w:sz w:val="22"/>
        </w:rPr>
        <w:t>[Wie wurden die Daten ausgewertet? So genau, dass jemand anderes es wiederholen könnte.]</w:t>
      </w:r>
    </w:p>
    <w:p>
      <w:pPr>
        <w:pStyle w:val="Heading1"/>
      </w:pPr>
      <w:r>
        <w:t>Ergebnisse</w:t>
      </w:r>
    </w:p>
    <w:p>
      <w:pPr>
        <w:spacing w:before="0" w:after="200" w:line="360" w:lineRule="auto"/>
      </w:pPr>
      <w:r>
        <w:rPr>
          <w:rFonts w:ascii="Arial" w:hAnsi="Arial"/>
          <w:b w:val="0"/>
          <w:i/>
          <w:color w:val="555555"/>
          <w:sz w:val="22"/>
        </w:rPr>
        <w:t>[Nur die Befunde, ohne Deutung. Die Deutung kommt im nächsten Kapitel.]</w:t>
      </w:r>
    </w:p>
    <w:p>
      <w:pPr>
        <w:pStyle w:val="Heading1"/>
      </w:pPr>
      <w:r>
        <w:t>Diskussion</w:t>
      </w:r>
    </w:p>
    <w:p>
      <w:pPr>
        <w:pStyle w:val="Heading2"/>
      </w:pPr>
      <w:r>
        <w:t>Einordnung der Ergebnisse</w:t>
      </w:r>
    </w:p>
    <w:p>
      <w:pPr>
        <w:spacing w:before="0" w:after="200" w:line="360" w:lineRule="auto"/>
      </w:pPr>
      <w:r>
        <w:rPr>
          <w:rFonts w:ascii="Arial" w:hAnsi="Arial"/>
          <w:b w:val="0"/>
          <w:i/>
          <w:color w:val="555555"/>
          <w:sz w:val="22"/>
        </w:rPr>
        <w:t>[Was bedeuten deine Befunde vor dem Stand der Forschung aus Kapitel 2?]</w:t>
      </w:r>
    </w:p>
    <w:p>
      <w:pPr>
        <w:pStyle w:val="Heading2"/>
      </w:pPr>
      <w:r>
        <w:t>Grenzen der Arbeit</w:t>
      </w:r>
    </w:p>
    <w:p>
      <w:pPr>
        <w:spacing w:before="0" w:after="200" w:line="360" w:lineRule="auto"/>
      </w:pPr>
      <w:r>
        <w:rPr>
          <w:rFonts w:ascii="Arial" w:hAnsi="Arial"/>
          <w:b w:val="0"/>
          <w:i/>
          <w:color w:val="555555"/>
          <w:sz w:val="22"/>
        </w:rPr>
        <w:t>[Was deine Daten nicht hergeben. Diesen Abschnitt wegzulassen kostet mehr Punkte, als ihn ehrlich zu schreiben.]</w:t>
      </w:r>
    </w:p>
    <w:p>
      <w:pPr>
        <w:pStyle w:val="Heading1"/>
      </w:pPr>
      <w:r>
        <w:t>Fazit und Ausblick</w:t>
      </w:r>
    </w:p>
    <w:p>
      <w:pPr>
        <w:spacing w:before="0" w:after="200" w:line="360" w:lineRule="auto"/>
      </w:pPr>
      <w:r>
        <w:rPr>
          <w:rFonts w:ascii="Arial" w:hAnsi="Arial"/>
          <w:b w:val="0"/>
          <w:i/>
          <w:color w:val="555555"/>
          <w:sz w:val="22"/>
        </w:rPr>
        <w:t>[Die Antwort auf deine Forschungsfrage aus 1.2, in wenigen Sätzen, ohne neue Argumente.]</w:t>
      </w:r>
    </w:p>
    <w:p>
      <w:r>
        <w:br w:type="page"/>
      </w:r>
    </w:p>
    <w:p>
      <w:pPr>
        <w:spacing w:before="0" w:after="200" w:line="276" w:lineRule="auto"/>
      </w:pPr>
      <w:r>
        <w:rPr>
          <w:rFonts w:ascii="Arial" w:hAnsi="Arial"/>
          <w:b/>
          <w:i w:val="0"/>
          <w:color w:val="111111"/>
          <w:sz w:val="32"/>
        </w:rPr>
        <w:t>Literaturverzeichnis</w:t>
      </w:r>
    </w:p>
    <w:p>
      <w:pPr>
        <w:spacing w:before="0" w:after="200" w:line="360" w:lineRule="auto"/>
      </w:pPr>
      <w:r>
        <w:rPr>
          <w:rFonts w:ascii="Arial" w:hAnsi="Arial"/>
          <w:b w:val="0"/>
          <w:i/>
          <w:color w:val="555555"/>
          <w:sz w:val="22"/>
        </w:rPr>
        <w:t>[Nachname, Vorname (Jahr): Titel. Ort: Verlag.]</w:t>
      </w:r>
    </w:p>
    <w:p>
      <w:pPr>
        <w:spacing w:before="0" w:after="200" w:line="360" w:lineRule="auto"/>
      </w:pPr>
      <w:r>
        <w:rPr>
          <w:rFonts w:ascii="Arial" w:hAnsi="Arial"/>
          <w:b w:val="0"/>
          <w:i/>
          <w:color w:val="555555"/>
          <w:sz w:val="22"/>
        </w:rPr>
        <w:t>Halte einen einzigen Zitierstil durch. Welchen, sagt deine Prüfungsordnung oder dein Lehrstuhl.</w:t>
      </w:r>
    </w:p>
    <w:p>
      <w:r>
        <w:br w:type="page"/>
      </w:r>
    </w:p>
    <w:p>
      <w:pPr>
        <w:spacing w:before="0" w:after="200" w:line="276" w:lineRule="auto"/>
      </w:pPr>
      <w:r>
        <w:rPr>
          <w:rFonts w:ascii="Arial" w:hAnsi="Arial"/>
          <w:b/>
          <w:i w:val="0"/>
          <w:color w:val="111111"/>
          <w:sz w:val="32"/>
        </w:rPr>
        <w:t>Anhang</w:t>
      </w:r>
    </w:p>
    <w:p>
      <w:pPr>
        <w:spacing w:before="0" w:after="200" w:line="360" w:lineRule="auto"/>
      </w:pPr>
      <w:r>
        <w:rPr>
          <w:rFonts w:ascii="Arial" w:hAnsi="Arial"/>
          <w:b w:val="0"/>
          <w:i/>
          <w:color w:val="555555"/>
          <w:sz w:val="22"/>
        </w:rPr>
        <w:t>[Fragebögen, Transkripte, Tabellen, Programmcode. Alles, was im Text den Lesefluss bräche, aber zur Nachvollziehbarkeit gehört.]</w:t>
      </w:r>
    </w:p>
    <w:p>
      <w:pPr>
        <w:sectPr>
          <w:footerReference w:type="default" r:id="rId14"/>
          <w:pgSz w:w="12240" w:h="15840"/>
          <w:pgMar w:top="1417" w:right="1417" w:bottom="1134" w:left="1701" w:header="720" w:footer="720" w:gutter="0"/>
          <w:cols w:space="720"/>
          <w:docGrid w:linePitch="360"/>
          <w:pgNumType w:fmt="decimal" w:start="1"/>
        </w:sectPr>
      </w:pPr>
    </w:p>
    <w:p>
      <w:pPr>
        <w:spacing w:before="0" w:after="200" w:line="276" w:lineRule="auto"/>
      </w:pPr>
      <w:r>
        <w:rPr>
          <w:rFonts w:ascii="Arial" w:hAnsi="Arial"/>
          <w:b/>
          <w:i w:val="0"/>
          <w:color w:val="111111"/>
          <w:sz w:val="32"/>
        </w:rPr>
        <w:t>Eidesstattliche Erklärung</w:t>
      </w:r>
    </w:p>
    <w:p>
      <w:pPr>
        <w:spacing w:before="0" w:after="120" w:line="276" w:lineRule="auto"/>
      </w:pPr>
      <w:r>
        <w:rPr>
          <w:rFonts w:ascii="Arial" w:hAnsi="Arial"/>
          <w:b w:val="0"/>
          <w:i w:val="0"/>
          <w:color w:val="111111"/>
          <w:sz w:val="22"/>
        </w:rPr>
        <w:t>Hiermit versichere ich, dass ich die vorliegende Arbeit selbstständig verfasst und keine anderen als die angegebenen Quellen und Hilfsmittel benutzt habe. Alle Stellen, die wörtlich oder sinngemäß aus veröffentlichten oder nicht veröffentlichten Schriften entnommen wurden, sind als solche kenntlich gemacht. Die Arbeit hat in gleicher oder ähnlicher Form noch keiner Prüfungsbehörde vorgelegen.</w:t>
      </w:r>
    </w:p>
    <w:p>
      <w:pPr>
        <w:spacing w:before="0" w:after="580" w:line="20" w:lineRule="exact"/>
      </w:pPr>
    </w:p>
    <w:p>
      <w:pPr>
        <w:spacing w:before="0" w:after="0" w:line="276" w:lineRule="auto"/>
      </w:pPr>
      <w:r>
        <w:rPr>
          <w:rFonts w:ascii="Arial" w:hAnsi="Arial"/>
          <w:b w:val="0"/>
          <w:i w:val="0"/>
          <w:color w:val="111111"/>
          <w:sz w:val="22"/>
        </w:rPr>
        <w:t>[Ort], [TT.MM.JJJJ]</w:t>
      </w:r>
    </w:p>
    <w:p>
      <w:pPr>
        <w:spacing w:before="0" w:after="660" w:line="20" w:lineRule="exact"/>
      </w:pPr>
    </w:p>
    <w:p>
      <w:pPr>
        <w:spacing w:before="0" w:after="0" w:line="276" w:lineRule="auto"/>
      </w:pPr>
      <w:r>
        <w:rPr>
          <w:rFonts w:ascii="Arial" w:hAnsi="Arial"/>
          <w:b w:val="0"/>
          <w:i w:val="0"/>
          <w:color w:val="111111"/>
          <w:sz w:val="22"/>
        </w:rPr>
        <w:t>[Unterschrift]</w:t>
      </w:r>
    </w:p>
    <w:p>
      <w:pPr>
        <w:spacing w:before="0" w:after="380" w:line="20" w:lineRule="exact"/>
      </w:pPr>
    </w:p>
    <w:p>
      <w:pPr>
        <w:spacing w:before="0" w:after="80" w:line="276" w:lineRule="auto"/>
      </w:pPr>
      <w:r>
        <w:rPr>
          <w:rFonts w:ascii="Arial" w:hAnsi="Arial"/>
          <w:b w:val="0"/>
          <w:i w:val="0"/>
          <w:color w:val="555555"/>
          <w:sz w:val="18"/>
        </w:rPr>
        <w:t>Der genaue Wortlaut ist oft in der Prüfungsordnung vorgeschrieben. Prüfe ihn dort nach und ersetze diesen Text, wenn deine Hochschule eine eigene Fassung verlangt.</w:t>
      </w:r>
    </w:p>
    <w:sectPr w:rsidR="00FC693F" w:rsidRPr="0006063C" w:rsidSect="00034616">
      <w:footerReference w:type="default" r:id="rId15"/>
      <w:pgSz w:w="12240" w:h="15840"/>
      <w:pgMar w:top="1417" w:right="1417" w:bottom="1134" w:left="1701" w:header="720" w:footer="720" w:gutter="0"/>
      <w:cols w:space="720"/>
      <w:docGrid w:linePitch="360"/>
      <w:pgNumType w:fmt="decimal"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55555"/>
        <w:sz w:val="20"/>
      </w:rPr>
      <w:fldChar w:fldCharType="begin"/>
      <w:instrText xml:space="preserve">PAGE</w:instrText>
      <w:fldChar w:fldCharType="separate"/>
      <w:t>1</w:t>
      <w:fldChar w:fldCharType="end"/>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55555"/>
        <w:sz w:val="20"/>
      </w:rPr>
      <w:fldChar w:fldCharType="begin"/>
      <w:instrText xml:space="preserve">PAGE</w:instrText>
      <w:fldChar w:fldCharType="separate"/>
      <w:t>1</w:t>
      <w:fldChar w:fldCharType="end"/>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multilevel"/>
    <w:lvl w:ilvl="0">
      <w:start w:val="1"/>
      <w:numFmt w:val="decimal"/>
      <w:pStyle w:val="Heading1"/>
      <w:lvlText w:val="%1"/>
      <w:lvlJc w:val="left"/>
      <w:pPr>
        <w:ind w:left="0" w:firstLine="0"/>
      </w:pPr>
    </w:lvl>
    <w:lvl w:ilvl="1">
      <w:start w:val="1"/>
      <w:numFmt w:val="decimal"/>
      <w:pStyle w:val="Heading2"/>
      <w:lvlText w:val="%1.%2"/>
      <w:lvlJc w:val="left"/>
      <w:pPr>
        <w:ind w:left="0" w:firstLine="0"/>
      </w:pPr>
    </w:lvl>
    <w:lvl w:ilvl="2">
      <w:start w:val="1"/>
      <w:numFmt w:val="decimal"/>
      <w:pStyle w:val="Heading3"/>
      <w:lvlText w:val="%1.%2.%3"/>
      <w:lvlJc w:val="left"/>
      <w:pPr>
        <w:ind w:left="0" w:firstLine="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76" w:lineRule="auto"/>
    </w:pPr>
    <w:rPr>
      <w:rFonts w:ascii="Arial" w:hAnsi="Arial" w:cs="Arial" w:eastAsia="Arial"/>
      <w:color w:val="11111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numPr>
        <w:ilvl w:val="0"/>
        <w:numId w:val="10"/>
      </w:numPr>
    </w:pPr>
    <w:rPr>
      <w:rFonts w:ascii="Arial" w:hAnsi="Arial" w:cs="Arial" w:eastAsia="Arial"/>
      <w:b/>
      <w:bCs/>
      <w:color w:val="111111"/>
      <w:sz w:val="32"/>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numPr>
        <w:ilvl w:val="1"/>
        <w:numId w:val="10"/>
      </w:numPr>
    </w:pPr>
    <w:rPr>
      <w:rFonts w:ascii="Arial" w:hAnsi="Arial" w:cs="Arial" w:eastAsia="Arial"/>
      <w:b/>
      <w:bCs/>
      <w:color w:val="111111"/>
      <w:sz w:val="27"/>
      <w:szCs w:val="26"/>
    </w:rPr>
  </w:style>
  <w:style w:type="paragraph" w:styleId="Heading3">
    <w:name w:val="heading 3"/>
    <w:basedOn w:val="Normal"/>
    <w:next w:val="Normal"/>
    <w:link w:val="Heading3Char"/>
    <w:uiPriority w:val="9"/>
    <w:unhideWhenUsed/>
    <w:qFormat/>
    <w:rsid w:val="00FC693F"/>
    <w:pPr>
      <w:keepNext/>
      <w:keepLines/>
      <w:spacing w:before="240" w:after="100"/>
      <w:outlineLvl w:val="2"/>
      <w:numPr>
        <w:ilvl w:val="2"/>
        <w:numId w:val="10"/>
      </w:numPr>
    </w:pPr>
    <w:rPr>
      <w:rFonts w:ascii="Arial" w:hAnsi="Arial" w:cs="Arial" w:eastAsia="Arial"/>
      <w:b/>
      <w:bCs/>
      <w:color w:val="11111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korrektur.de" TargetMode="Externa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Word-Formatvorlage fuer Haus-, Bachelor- und Masterarbeiten</dc:title>
  <dc:subject>Geruest mit Formatvorlagen, Inhaltsverzeichnis und Seitennummerierung</dc:subject>
  <dc:creator>korrektur.de</dc:creator>
  <cp:keywords>Formatvorlage, Word, Hausarbeit, Bachelorarbeit, Masterarbeit, Deckblatt, Inhaltsverzeichnis, Seitenzahlen</cp:keywords>
  <dc:description>Kostenlose Vorlage von korrektur.de. Aktuelle Fassung: https://korrektur.de/word-formatvorlagen-fuer-abschlussarbeiten</dc:description>
  <cp:lastModifiedBy>korrektur.de</cp:lastModifiedBy>
  <cp:revision>1</cp:revision>
  <dcterms:created xsi:type="dcterms:W3CDTF">2013-12-23T23:15:00Z</dcterms:created>
  <dcterms:modified xsi:type="dcterms:W3CDTF">2013-12-23T23:15:00Z</dcterms:modified>
  <cp:category>Vorlage</cp:category>
</cp:coreProperties>
</file>